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D6A0B" w14:textId="77777777" w:rsidR="006170F2" w:rsidRDefault="00000000">
      <w:pPr>
        <w:jc w:val="center"/>
      </w:pPr>
      <w:r>
        <w:rPr>
          <w:b/>
          <w:sz w:val="28"/>
        </w:rPr>
        <w:t>AGA KHAN RURAL SUPPORT PROGRAMME (AKRSP)</w:t>
      </w:r>
    </w:p>
    <w:p w14:paraId="1FC9EC7C" w14:textId="77777777" w:rsidR="006170F2" w:rsidRDefault="00000000">
      <w:pPr>
        <w:jc w:val="center"/>
      </w:pPr>
      <w:r>
        <w:rPr>
          <w:b/>
          <w:sz w:val="32"/>
        </w:rPr>
        <w:t>REQUEST FOR PROPOSAL (RFP)</w:t>
      </w:r>
    </w:p>
    <w:p w14:paraId="20820546" w14:textId="77777777" w:rsidR="006170F2" w:rsidRDefault="00000000">
      <w:pPr>
        <w:jc w:val="center"/>
      </w:pPr>
      <w:r>
        <w:rPr>
          <w:b/>
          <w:sz w:val="24"/>
        </w:rPr>
        <w:t>Establishment of a District-Level Agricultural Input Supply Store in Upper Chitral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6912"/>
      </w:tblGrid>
      <w:tr w:rsidR="006170F2" w14:paraId="2FAD243F" w14:textId="77777777">
        <w:trPr>
          <w:jc w:val="center"/>
        </w:trPr>
        <w:tc>
          <w:tcPr>
            <w:tcW w:w="2880" w:type="dxa"/>
            <w:shd w:val="clear" w:color="auto" w:fill="D9E2F3"/>
            <w:vAlign w:val="center"/>
          </w:tcPr>
          <w:p w14:paraId="3711190F" w14:textId="77777777" w:rsidR="006170F2" w:rsidRDefault="00000000">
            <w:r>
              <w:rPr>
                <w:b/>
                <w:sz w:val="17"/>
              </w:rPr>
              <w:t>RFP Details</w:t>
            </w:r>
          </w:p>
        </w:tc>
        <w:tc>
          <w:tcPr>
            <w:tcW w:w="6912" w:type="dxa"/>
            <w:shd w:val="clear" w:color="auto" w:fill="D9E2F3"/>
            <w:vAlign w:val="center"/>
          </w:tcPr>
          <w:p w14:paraId="25FB2AFE" w14:textId="77777777" w:rsidR="006170F2" w:rsidRDefault="00000000">
            <w:r>
              <w:rPr>
                <w:b/>
                <w:sz w:val="17"/>
              </w:rPr>
              <w:t>Information</w:t>
            </w:r>
          </w:p>
        </w:tc>
      </w:tr>
      <w:tr w:rsidR="006170F2" w14:paraId="6C9FDAE0" w14:textId="77777777">
        <w:trPr>
          <w:jc w:val="center"/>
        </w:trPr>
        <w:tc>
          <w:tcPr>
            <w:tcW w:w="2880" w:type="dxa"/>
            <w:vAlign w:val="center"/>
          </w:tcPr>
          <w:p w14:paraId="205453CA" w14:textId="77777777" w:rsidR="006170F2" w:rsidRDefault="00000000">
            <w:r>
              <w:rPr>
                <w:sz w:val="17"/>
              </w:rPr>
              <w:t>Project</w:t>
            </w:r>
          </w:p>
        </w:tc>
        <w:tc>
          <w:tcPr>
            <w:tcW w:w="6912" w:type="dxa"/>
            <w:vAlign w:val="center"/>
          </w:tcPr>
          <w:p w14:paraId="5E1F2A1F" w14:textId="77777777" w:rsidR="006170F2" w:rsidRDefault="00000000">
            <w:r>
              <w:rPr>
                <w:sz w:val="17"/>
              </w:rPr>
              <w:t>Creating Resilient Agricultural Systems for Vulnerable Communities (CRASVC)</w:t>
            </w:r>
          </w:p>
        </w:tc>
      </w:tr>
      <w:tr w:rsidR="006170F2" w14:paraId="1327D69B" w14:textId="77777777">
        <w:trPr>
          <w:jc w:val="center"/>
        </w:trPr>
        <w:tc>
          <w:tcPr>
            <w:tcW w:w="2880" w:type="dxa"/>
            <w:vAlign w:val="center"/>
          </w:tcPr>
          <w:p w14:paraId="4B9CA7A1" w14:textId="77777777" w:rsidR="006170F2" w:rsidRDefault="00000000">
            <w:r>
              <w:rPr>
                <w:sz w:val="17"/>
              </w:rPr>
              <w:t>Funding Agency</w:t>
            </w:r>
          </w:p>
        </w:tc>
        <w:tc>
          <w:tcPr>
            <w:tcW w:w="6912" w:type="dxa"/>
            <w:vAlign w:val="center"/>
          </w:tcPr>
          <w:p w14:paraId="53D7A6D3" w14:textId="77777777" w:rsidR="006170F2" w:rsidRDefault="00000000">
            <w:r>
              <w:rPr>
                <w:sz w:val="17"/>
              </w:rPr>
              <w:t>Danish-funded</w:t>
            </w:r>
          </w:p>
        </w:tc>
      </w:tr>
      <w:tr w:rsidR="006170F2" w:rsidRPr="00D61BB1" w14:paraId="0FF7E7A9" w14:textId="77777777">
        <w:trPr>
          <w:jc w:val="center"/>
        </w:trPr>
        <w:tc>
          <w:tcPr>
            <w:tcW w:w="2880" w:type="dxa"/>
            <w:vAlign w:val="center"/>
          </w:tcPr>
          <w:p w14:paraId="7A60A5A3" w14:textId="77777777" w:rsidR="006170F2" w:rsidRDefault="00000000">
            <w:r>
              <w:rPr>
                <w:sz w:val="17"/>
              </w:rPr>
              <w:t>Location</w:t>
            </w:r>
          </w:p>
        </w:tc>
        <w:tc>
          <w:tcPr>
            <w:tcW w:w="6912" w:type="dxa"/>
            <w:vAlign w:val="center"/>
          </w:tcPr>
          <w:p w14:paraId="68BF5A4B" w14:textId="180F559E" w:rsidR="006170F2" w:rsidRPr="00D61BB1" w:rsidRDefault="00000000">
            <w:r w:rsidRPr="00D61BB1">
              <w:rPr>
                <w:sz w:val="17"/>
              </w:rPr>
              <w:t>Upper Chitral, Khyber Pakhtunkhwa</w:t>
            </w:r>
            <w:r w:rsidR="00D61BB1" w:rsidRPr="00D61BB1">
              <w:rPr>
                <w:sz w:val="17"/>
              </w:rPr>
              <w:t xml:space="preserve"> ( Selected</w:t>
            </w:r>
            <w:r w:rsidR="00D61BB1">
              <w:rPr>
                <w:sz w:val="17"/>
              </w:rPr>
              <w:t xml:space="preserve"> UCs Only)</w:t>
            </w:r>
          </w:p>
        </w:tc>
      </w:tr>
      <w:tr w:rsidR="006170F2" w14:paraId="41DF2BC2" w14:textId="77777777">
        <w:trPr>
          <w:jc w:val="center"/>
        </w:trPr>
        <w:tc>
          <w:tcPr>
            <w:tcW w:w="2880" w:type="dxa"/>
            <w:vAlign w:val="center"/>
          </w:tcPr>
          <w:p w14:paraId="347EEDE6" w14:textId="77777777" w:rsidR="006170F2" w:rsidRDefault="00000000">
            <w:r>
              <w:rPr>
                <w:sz w:val="17"/>
              </w:rPr>
              <w:t>Submission Deadline</w:t>
            </w:r>
          </w:p>
        </w:tc>
        <w:tc>
          <w:tcPr>
            <w:tcW w:w="6912" w:type="dxa"/>
            <w:vAlign w:val="center"/>
          </w:tcPr>
          <w:p w14:paraId="0479708B" w14:textId="017000D4" w:rsidR="006170F2" w:rsidRDefault="00D61BB1">
            <w:r>
              <w:rPr>
                <w:sz w:val="17"/>
              </w:rPr>
              <w:t>9</w:t>
            </w:r>
            <w:r w:rsidRPr="00D61BB1">
              <w:rPr>
                <w:sz w:val="17"/>
                <w:vertAlign w:val="superscript"/>
              </w:rPr>
              <w:t>th</w:t>
            </w:r>
            <w:r>
              <w:rPr>
                <w:sz w:val="17"/>
              </w:rPr>
              <w:t xml:space="preserve"> </w:t>
            </w:r>
            <w:r w:rsidR="00091405">
              <w:rPr>
                <w:sz w:val="17"/>
              </w:rPr>
              <w:t xml:space="preserve"> November 2026, before 04:00 p.m.</w:t>
            </w:r>
          </w:p>
        </w:tc>
      </w:tr>
    </w:tbl>
    <w:p w14:paraId="299E9236" w14:textId="77777777" w:rsidR="006170F2" w:rsidRDefault="006170F2"/>
    <w:p w14:paraId="435BE833" w14:textId="77777777" w:rsidR="006170F2" w:rsidRDefault="00000000">
      <w:pPr>
        <w:pStyle w:val="Heading1"/>
      </w:pPr>
      <w:r>
        <w:t>1. Background</w:t>
      </w:r>
    </w:p>
    <w:p w14:paraId="37E7CA6A" w14:textId="77777777" w:rsidR="006170F2" w:rsidRDefault="00000000">
      <w:r>
        <w:t>The Aga Khan Rural Support Programme (AKRSP) is a not-for-profit organization registered under Section 42 of the Companies Ordinance, 1984. It works to improve the livelihoods of communities in Gilgit-Baltistan and Chitral through social organization, institutional development, natural resource management, infrastructure development, and entrepreneurship and market development.</w:t>
      </w:r>
    </w:p>
    <w:p w14:paraId="524D0ED6" w14:textId="018A285B" w:rsidR="006170F2" w:rsidRDefault="00000000">
      <w:r>
        <w:t>Under the Danish-funded Creating Resilient Agricultural Systems for Vulnerable Communities (CRASVC) Project, AKRSP invites business proposals from progressive farmers and local entrepreneurs for the establishment of a District-Level Agricultural Input Supply Store in Upper Chitral, particularly to serve farmers in the targeted union councils Mulkhow</w:t>
      </w:r>
      <w:r w:rsidR="00D61BB1">
        <w:t>,</w:t>
      </w:r>
      <w:r>
        <w:t>Kosht</w:t>
      </w:r>
      <w:r w:rsidR="00D61BB1">
        <w:t xml:space="preserve">, </w:t>
      </w:r>
      <w:proofErr w:type="spellStart"/>
      <w:r w:rsidR="00D61BB1">
        <w:t>Laspur</w:t>
      </w:r>
      <w:proofErr w:type="spellEnd"/>
      <w:r w:rsidR="00D61BB1">
        <w:t xml:space="preserve"> and </w:t>
      </w:r>
      <w:proofErr w:type="spellStart"/>
      <w:r w:rsidR="00D61BB1">
        <w:t>Terich</w:t>
      </w:r>
      <w:proofErr w:type="spellEnd"/>
      <w:r w:rsidR="00D61BB1">
        <w:t xml:space="preserve"> </w:t>
      </w:r>
      <w:proofErr w:type="spellStart"/>
      <w:r w:rsidR="00D61BB1">
        <w:t>Ucs</w:t>
      </w:r>
      <w:proofErr w:type="spellEnd"/>
      <w:r w:rsidR="00D61BB1">
        <w:t xml:space="preserve"> Only.</w:t>
      </w:r>
    </w:p>
    <w:p w14:paraId="713F08C6" w14:textId="77777777" w:rsidR="006170F2" w:rsidRDefault="00000000">
      <w:r>
        <w:t>The initiative aims to improve farmers’ access to quality agricultural inputs, including seeds, fertilizers, crop-protection products, tools, and other essential farming supplies, while promoting local entrepreneurship and strengthening agricultural value chains.</w:t>
      </w:r>
    </w:p>
    <w:p w14:paraId="1A407663" w14:textId="77777777" w:rsidR="006170F2" w:rsidRDefault="00000000">
      <w:pPr>
        <w:pStyle w:val="Heading1"/>
      </w:pPr>
      <w:r>
        <w:t>2. Objective</w:t>
      </w:r>
    </w:p>
    <w:p w14:paraId="360A8184" w14:textId="77777777" w:rsidR="006170F2" w:rsidRDefault="00000000">
      <w:r>
        <w:t>The objective is to establish a financially viable and sustainable agricultural input supply store that responds to local farmers’ needs and improves access to quality agricultural inputs. The selected entrepreneur will be expected to:</w:t>
      </w:r>
    </w:p>
    <w:p w14:paraId="4C177EB8" w14:textId="77777777" w:rsidR="006170F2" w:rsidRDefault="00000000">
      <w:pPr>
        <w:pStyle w:val="ListBullet"/>
      </w:pPr>
      <w:r>
        <w:t>Establish and operate an agricultural input supply store at a suitable location in the target area.</w:t>
      </w:r>
    </w:p>
    <w:p w14:paraId="3C65238C" w14:textId="77777777" w:rsidR="006170F2" w:rsidRDefault="00000000">
      <w:pPr>
        <w:pStyle w:val="ListBullet"/>
      </w:pPr>
      <w:r>
        <w:t>Maintain availability of quality inputs aligned with local crops and seasonal demand.</w:t>
      </w:r>
    </w:p>
    <w:p w14:paraId="0F118F60" w14:textId="77777777" w:rsidR="006170F2" w:rsidRDefault="00000000">
      <w:pPr>
        <w:pStyle w:val="ListBullet"/>
      </w:pPr>
      <w:r>
        <w:t>Maintain transparent pricing, proper stock records, and reliable customer service.</w:t>
      </w:r>
    </w:p>
    <w:p w14:paraId="2FB5FD5D" w14:textId="77777777" w:rsidR="006170F2" w:rsidRDefault="00000000">
      <w:pPr>
        <w:pStyle w:val="ListBullet"/>
      </w:pPr>
      <w:r>
        <w:t>Develop linkages with credible suppliers and distributors.</w:t>
      </w:r>
    </w:p>
    <w:p w14:paraId="73C5A80E" w14:textId="77777777" w:rsidR="006170F2" w:rsidRDefault="00000000">
      <w:pPr>
        <w:pStyle w:val="ListBullet"/>
      </w:pPr>
      <w:r>
        <w:t>Operate the business sustainably beyond the project support period.</w:t>
      </w:r>
    </w:p>
    <w:p w14:paraId="00CD2809" w14:textId="77777777" w:rsidR="006170F2" w:rsidRDefault="00000000">
      <w:pPr>
        <w:pStyle w:val="Heading1"/>
      </w:pPr>
      <w:r>
        <w:t>3. Financial Support and Co-financing</w:t>
      </w:r>
    </w:p>
    <w:p w14:paraId="592698D3" w14:textId="28A3A814" w:rsidR="006170F2" w:rsidRDefault="00000000" w:rsidP="00D61BB1">
      <w:r>
        <w:t xml:space="preserve">AKRSP intends to provide a seed grant of up to PKR 1,000,000 to the selected entrepreneur, subject to the applicable approval process and grant agreement. The applicant must </w:t>
      </w:r>
      <w:r w:rsidR="00D61BB1">
        <w:t>contribute in-kind or cash co-finance</w:t>
      </w:r>
    </w:p>
    <w:p w14:paraId="38C1CDF0" w14:textId="77777777" w:rsidR="006170F2" w:rsidRDefault="00000000">
      <w:r>
        <w:t>Applicants should state the source and amount of their contribution and provide supporting evidence where available. For ease of verification, cash co-financing is preferred. Any proposed in-kind contribution will only be accepted if permitted and verified by AKRSP. All expenditures are subject to eligibility requirements and approval.</w:t>
      </w:r>
    </w:p>
    <w:p w14:paraId="7E06509E" w14:textId="77777777" w:rsidR="006170F2" w:rsidRDefault="00000000">
      <w:pPr>
        <w:pStyle w:val="Heading1"/>
      </w:pPr>
      <w:r>
        <w:t>4. Eligibility Criteria</w:t>
      </w:r>
    </w:p>
    <w:p w14:paraId="534FB4D5" w14:textId="00700AEA" w:rsidR="006170F2" w:rsidRDefault="00000000">
      <w:pPr>
        <w:pStyle w:val="ListNumber"/>
      </w:pPr>
      <w:r>
        <w:t xml:space="preserve">The applicant must be a resident of Upper Chitral and preferably based in or operating within UC </w:t>
      </w:r>
      <w:proofErr w:type="spellStart"/>
      <w:r>
        <w:t>Mulkhow</w:t>
      </w:r>
      <w:proofErr w:type="spellEnd"/>
      <w:r>
        <w:t xml:space="preserve"> </w:t>
      </w:r>
      <w:r w:rsidR="00D61BB1">
        <w:t>,</w:t>
      </w:r>
      <w:r>
        <w:t>UC Kosht</w:t>
      </w:r>
      <w:r w:rsidR="00D61BB1">
        <w:t xml:space="preserve">, UC </w:t>
      </w:r>
      <w:proofErr w:type="spellStart"/>
      <w:r w:rsidR="00D61BB1">
        <w:t>Laspur</w:t>
      </w:r>
      <w:proofErr w:type="spellEnd"/>
      <w:r w:rsidR="00D61BB1">
        <w:t xml:space="preserve"> and UC </w:t>
      </w:r>
      <w:proofErr w:type="spellStart"/>
      <w:r w:rsidR="00D61BB1">
        <w:t>Terich</w:t>
      </w:r>
      <w:proofErr w:type="spellEnd"/>
      <w:r>
        <w:t>.</w:t>
      </w:r>
    </w:p>
    <w:p w14:paraId="33D93DE6" w14:textId="77777777" w:rsidR="006170F2" w:rsidRDefault="00000000">
      <w:pPr>
        <w:pStyle w:val="ListNumber"/>
      </w:pPr>
      <w:r>
        <w:t>The applicant must be a progressive farmer, individual entrepreneur, or eligible local business operator with a genuine plan to establish an agricultural input supply store.</w:t>
      </w:r>
    </w:p>
    <w:p w14:paraId="30287753" w14:textId="77777777" w:rsidR="006170F2" w:rsidRDefault="00000000">
      <w:pPr>
        <w:pStyle w:val="ListNumber"/>
      </w:pPr>
      <w:r>
        <w:t>The applicant must demonstrate knowledge of local agriculture, farming practices, or business operations.</w:t>
      </w:r>
    </w:p>
    <w:p w14:paraId="1B766BAB" w14:textId="77777777" w:rsidR="006170F2" w:rsidRDefault="00000000">
      <w:pPr>
        <w:pStyle w:val="ListNumber"/>
      </w:pPr>
      <w:r>
        <w:lastRenderedPageBreak/>
        <w:t>The applicant must have access to a suitable business location or present a feasible plan for securing one.</w:t>
      </w:r>
    </w:p>
    <w:p w14:paraId="290D41A9" w14:textId="19515134" w:rsidR="006170F2" w:rsidRDefault="00000000">
      <w:pPr>
        <w:pStyle w:val="ListNumber"/>
      </w:pPr>
      <w:r>
        <w:t xml:space="preserve">The applicant must be willing and able to </w:t>
      </w:r>
      <w:r w:rsidR="00D61BB1">
        <w:t>co-finance</w:t>
      </w:r>
      <w:r>
        <w:t>.</w:t>
      </w:r>
    </w:p>
    <w:p w14:paraId="7C9CAF42" w14:textId="77777777" w:rsidR="006170F2" w:rsidRDefault="00000000">
      <w:pPr>
        <w:pStyle w:val="ListNumber"/>
      </w:pPr>
      <w:r>
        <w:t>The applicant must submit a feasible business plan covering market demand, investment, operations, and sustainability.</w:t>
      </w:r>
    </w:p>
    <w:p w14:paraId="1F650585" w14:textId="77777777" w:rsidR="006170F2" w:rsidRDefault="00000000">
      <w:r>
        <w:t>Meeting the minimum eligibility criteria does not guarantee selection. Proposals will be assessed competitively.</w:t>
      </w:r>
    </w:p>
    <w:p w14:paraId="019184A1" w14:textId="77777777" w:rsidR="006170F2" w:rsidRDefault="00000000">
      <w:pPr>
        <w:pStyle w:val="Heading1"/>
      </w:pPr>
      <w:r>
        <w:t>5. Documents Required</w:t>
      </w:r>
    </w:p>
    <w:p w14:paraId="4699C8A3" w14:textId="77777777" w:rsidR="006170F2" w:rsidRDefault="00000000">
      <w:pPr>
        <w:pStyle w:val="ListBullet"/>
      </w:pPr>
      <w:r>
        <w:t>Copy of the applicant’s CNIC.</w:t>
      </w:r>
    </w:p>
    <w:p w14:paraId="14B2FF3E" w14:textId="77777777" w:rsidR="006170F2" w:rsidRDefault="00000000">
      <w:pPr>
        <w:pStyle w:val="ListBullet"/>
      </w:pPr>
      <w:r>
        <w:t>Completed application form and business proposal.</w:t>
      </w:r>
    </w:p>
    <w:p w14:paraId="31F6AD4A" w14:textId="77777777" w:rsidR="006170F2" w:rsidRDefault="00000000">
      <w:pPr>
        <w:pStyle w:val="ListBullet"/>
      </w:pPr>
      <w:r>
        <w:t>Proposed business budget and financial projections.</w:t>
      </w:r>
    </w:p>
    <w:p w14:paraId="5F62B976" w14:textId="77777777" w:rsidR="006170F2" w:rsidRDefault="00000000">
      <w:pPr>
        <w:pStyle w:val="ListBullet"/>
      </w:pPr>
      <w:r>
        <w:t>Evidence of co-financing capacity, where available.</w:t>
      </w:r>
    </w:p>
    <w:p w14:paraId="4DA9C1DA" w14:textId="5758EAA0" w:rsidR="006170F2" w:rsidRDefault="00000000">
      <w:pPr>
        <w:pStyle w:val="ListBullet"/>
      </w:pPr>
      <w:r>
        <w:t xml:space="preserve">Evidence of relevant farming, </w:t>
      </w:r>
      <w:r w:rsidR="00D61BB1">
        <w:t>agricultural input</w:t>
      </w:r>
      <w:r>
        <w:t>, or business experience</w:t>
      </w:r>
      <w:r w:rsidR="00091405">
        <w:t>.</w:t>
      </w:r>
    </w:p>
    <w:p w14:paraId="047EB838" w14:textId="69473643" w:rsidR="006170F2" w:rsidRDefault="00000000">
      <w:pPr>
        <w:pStyle w:val="ListBullet"/>
      </w:pPr>
      <w:r>
        <w:t xml:space="preserve">Existing business registration and relevant </w:t>
      </w:r>
      <w:proofErr w:type="spellStart"/>
      <w:r>
        <w:t>licences</w:t>
      </w:r>
      <w:proofErr w:type="spellEnd"/>
      <w:r>
        <w:t xml:space="preserve">, if </w:t>
      </w:r>
      <w:r w:rsidR="00D61BB1">
        <w:t>available.</w:t>
      </w:r>
    </w:p>
    <w:p w14:paraId="0C6DDEAA" w14:textId="77777777" w:rsidR="006170F2" w:rsidRDefault="00000000">
      <w:pPr>
        <w:pStyle w:val="Heading1"/>
      </w:pPr>
      <w:r>
        <w:t>6. Submission Instructions</w:t>
      </w:r>
    </w:p>
    <w:p w14:paraId="6E03DA93" w14:textId="77777777" w:rsidR="006170F2" w:rsidRDefault="00000000">
      <w:r>
        <w:t>Applicants must complete the application form and submit the business proposal in a sealed envelope clearly marked:</w:t>
      </w:r>
    </w:p>
    <w:p w14:paraId="24E529CC" w14:textId="77777777" w:rsidR="006170F2" w:rsidRDefault="00000000">
      <w:pPr>
        <w:jc w:val="center"/>
      </w:pPr>
      <w:r>
        <w:rPr>
          <w:b/>
        </w:rPr>
        <w:t>“Request for Proposal – Establishment of Agricultural Input Supply Store, Upper Chitral”</w:t>
      </w:r>
    </w:p>
    <w:p w14:paraId="06813C46" w14:textId="3326DD0F" w:rsidR="006170F2" w:rsidRDefault="00000000">
      <w:r>
        <w:t xml:space="preserve">The proposal must reach the AKRSP Regional Programme Office, Chitral, by </w:t>
      </w:r>
      <w:r w:rsidR="00D61BB1" w:rsidRPr="00D61BB1">
        <w:rPr>
          <w:b/>
          <w:bCs/>
        </w:rPr>
        <w:t>9</w:t>
      </w:r>
      <w:r w:rsidR="00D61BB1" w:rsidRPr="00D61BB1">
        <w:rPr>
          <w:b/>
          <w:bCs/>
          <w:vertAlign w:val="superscript"/>
        </w:rPr>
        <w:t>th</w:t>
      </w:r>
      <w:r w:rsidR="00D61BB1" w:rsidRPr="00D61BB1">
        <w:rPr>
          <w:b/>
          <w:bCs/>
        </w:rPr>
        <w:t xml:space="preserve"> </w:t>
      </w:r>
      <w:r w:rsidR="00091405" w:rsidRPr="00D61BB1">
        <w:rPr>
          <w:b/>
          <w:bCs/>
        </w:rPr>
        <w:t xml:space="preserve">November </w:t>
      </w:r>
      <w:r w:rsidRPr="00D61BB1">
        <w:rPr>
          <w:b/>
          <w:bCs/>
        </w:rPr>
        <w:t>2026, before 04:00 p.m.</w:t>
      </w:r>
      <w:r>
        <w:t xml:space="preserve"> Proposals may be submitted by hand or post.</w:t>
      </w:r>
    </w:p>
    <w:p w14:paraId="26F1EFA5" w14:textId="77777777" w:rsidR="006170F2" w:rsidRDefault="00000000">
      <w:r>
        <w:t>Submission address: Aga Khan Rural Support Programme (AKRSP), Regional Programme Office, Chitral.</w:t>
      </w:r>
    </w:p>
    <w:p w14:paraId="0BF43063" w14:textId="77777777" w:rsidR="006170F2" w:rsidRDefault="00000000">
      <w:r>
        <w:t>Late or incomplete proposals may not be considered. AKRSP may verify information, conduct field visits, invite shortlisted applicants for a presentation, and accept or reject proposals in accordance with its applicable procedures.</w:t>
      </w:r>
    </w:p>
    <w:p w14:paraId="31F0F83E" w14:textId="77777777" w:rsidR="006170F2" w:rsidRDefault="00000000">
      <w:r>
        <w:br w:type="page"/>
      </w:r>
    </w:p>
    <w:p w14:paraId="047037CC" w14:textId="77777777" w:rsidR="006170F2" w:rsidRDefault="00000000">
      <w:pPr>
        <w:pStyle w:val="Heading1"/>
      </w:pPr>
      <w:r>
        <w:lastRenderedPageBreak/>
        <w:t>ANNEXURE I: BUSINESS PROPOSAL APPLICATION FORM</w:t>
      </w:r>
    </w:p>
    <w:p w14:paraId="60193558" w14:textId="77777777" w:rsidR="006170F2" w:rsidRDefault="00000000">
      <w:pPr>
        <w:pStyle w:val="Heading2"/>
      </w:pPr>
      <w:r>
        <w:t>Section A. Applicant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5904"/>
        <w:gridCol w:w="3024"/>
      </w:tblGrid>
      <w:tr w:rsidR="006170F2" w14:paraId="497031F6" w14:textId="77777777">
        <w:trPr>
          <w:jc w:val="center"/>
        </w:trPr>
        <w:tc>
          <w:tcPr>
            <w:tcW w:w="648" w:type="dxa"/>
            <w:shd w:val="clear" w:color="auto" w:fill="D9E2F3"/>
            <w:vAlign w:val="center"/>
          </w:tcPr>
          <w:p w14:paraId="42205F90" w14:textId="77777777" w:rsidR="006170F2" w:rsidRDefault="00000000">
            <w:r>
              <w:rPr>
                <w:b/>
                <w:sz w:val="17"/>
              </w:rPr>
              <w:t>No.</w:t>
            </w:r>
          </w:p>
        </w:tc>
        <w:tc>
          <w:tcPr>
            <w:tcW w:w="5904" w:type="dxa"/>
            <w:shd w:val="clear" w:color="auto" w:fill="D9E2F3"/>
            <w:vAlign w:val="center"/>
          </w:tcPr>
          <w:p w14:paraId="6EFEF50C" w14:textId="77777777" w:rsidR="006170F2" w:rsidRDefault="00000000">
            <w:r>
              <w:rPr>
                <w:b/>
                <w:sz w:val="17"/>
              </w:rPr>
              <w:t>Information Required</w:t>
            </w:r>
          </w:p>
        </w:tc>
        <w:tc>
          <w:tcPr>
            <w:tcW w:w="3024" w:type="dxa"/>
            <w:shd w:val="clear" w:color="auto" w:fill="D9E2F3"/>
            <w:vAlign w:val="center"/>
          </w:tcPr>
          <w:p w14:paraId="460BB01D" w14:textId="77777777" w:rsidR="006170F2" w:rsidRDefault="00000000">
            <w:r>
              <w:rPr>
                <w:b/>
                <w:sz w:val="17"/>
              </w:rPr>
              <w:t>Applicant’s Response</w:t>
            </w:r>
          </w:p>
        </w:tc>
      </w:tr>
      <w:tr w:rsidR="006170F2" w14:paraId="1166DBB3" w14:textId="77777777">
        <w:trPr>
          <w:jc w:val="center"/>
        </w:trPr>
        <w:tc>
          <w:tcPr>
            <w:tcW w:w="648" w:type="dxa"/>
            <w:vAlign w:val="center"/>
          </w:tcPr>
          <w:p w14:paraId="703973A5" w14:textId="77777777" w:rsidR="006170F2" w:rsidRDefault="00000000">
            <w:r>
              <w:rPr>
                <w:sz w:val="17"/>
              </w:rPr>
              <w:t>1</w:t>
            </w:r>
          </w:p>
        </w:tc>
        <w:tc>
          <w:tcPr>
            <w:tcW w:w="5904" w:type="dxa"/>
            <w:vAlign w:val="center"/>
          </w:tcPr>
          <w:p w14:paraId="67167381" w14:textId="77777777" w:rsidR="006170F2" w:rsidRDefault="00000000">
            <w:r>
              <w:rPr>
                <w:sz w:val="17"/>
              </w:rPr>
              <w:t>Full name of applicant</w:t>
            </w:r>
          </w:p>
        </w:tc>
        <w:tc>
          <w:tcPr>
            <w:tcW w:w="3024" w:type="dxa"/>
            <w:vAlign w:val="center"/>
          </w:tcPr>
          <w:p w14:paraId="635A11B9" w14:textId="77777777" w:rsidR="006170F2" w:rsidRDefault="006170F2"/>
        </w:tc>
      </w:tr>
      <w:tr w:rsidR="006170F2" w14:paraId="61D25BA7" w14:textId="77777777">
        <w:trPr>
          <w:jc w:val="center"/>
        </w:trPr>
        <w:tc>
          <w:tcPr>
            <w:tcW w:w="648" w:type="dxa"/>
            <w:vAlign w:val="center"/>
          </w:tcPr>
          <w:p w14:paraId="32070E50" w14:textId="77777777" w:rsidR="006170F2" w:rsidRDefault="00000000">
            <w:r>
              <w:rPr>
                <w:sz w:val="17"/>
              </w:rPr>
              <w:t>2</w:t>
            </w:r>
          </w:p>
        </w:tc>
        <w:tc>
          <w:tcPr>
            <w:tcW w:w="5904" w:type="dxa"/>
            <w:vAlign w:val="center"/>
          </w:tcPr>
          <w:p w14:paraId="53BCD3F3" w14:textId="77777777" w:rsidR="006170F2" w:rsidRDefault="00000000">
            <w:r>
              <w:rPr>
                <w:sz w:val="17"/>
              </w:rPr>
              <w:t>Father’s/Husband’s name</w:t>
            </w:r>
          </w:p>
        </w:tc>
        <w:tc>
          <w:tcPr>
            <w:tcW w:w="3024" w:type="dxa"/>
            <w:vAlign w:val="center"/>
          </w:tcPr>
          <w:p w14:paraId="0E1BF6A9" w14:textId="77777777" w:rsidR="006170F2" w:rsidRDefault="006170F2"/>
        </w:tc>
      </w:tr>
      <w:tr w:rsidR="006170F2" w14:paraId="67C6E75E" w14:textId="77777777">
        <w:trPr>
          <w:jc w:val="center"/>
        </w:trPr>
        <w:tc>
          <w:tcPr>
            <w:tcW w:w="648" w:type="dxa"/>
            <w:vAlign w:val="center"/>
          </w:tcPr>
          <w:p w14:paraId="5E130097" w14:textId="77777777" w:rsidR="006170F2" w:rsidRDefault="00000000">
            <w:r>
              <w:rPr>
                <w:sz w:val="17"/>
              </w:rPr>
              <w:t>3</w:t>
            </w:r>
          </w:p>
        </w:tc>
        <w:tc>
          <w:tcPr>
            <w:tcW w:w="5904" w:type="dxa"/>
            <w:vAlign w:val="center"/>
          </w:tcPr>
          <w:p w14:paraId="1A0A826A" w14:textId="77777777" w:rsidR="006170F2" w:rsidRDefault="00000000">
            <w:r>
              <w:rPr>
                <w:sz w:val="17"/>
              </w:rPr>
              <w:t>CNIC number</w:t>
            </w:r>
          </w:p>
        </w:tc>
        <w:tc>
          <w:tcPr>
            <w:tcW w:w="3024" w:type="dxa"/>
            <w:vAlign w:val="center"/>
          </w:tcPr>
          <w:p w14:paraId="2039E305" w14:textId="77777777" w:rsidR="006170F2" w:rsidRDefault="006170F2"/>
        </w:tc>
      </w:tr>
      <w:tr w:rsidR="006170F2" w14:paraId="565CF389" w14:textId="77777777">
        <w:trPr>
          <w:jc w:val="center"/>
        </w:trPr>
        <w:tc>
          <w:tcPr>
            <w:tcW w:w="648" w:type="dxa"/>
            <w:vAlign w:val="center"/>
          </w:tcPr>
          <w:p w14:paraId="54A6F5F6" w14:textId="77777777" w:rsidR="006170F2" w:rsidRDefault="00000000">
            <w:r>
              <w:rPr>
                <w:sz w:val="17"/>
              </w:rPr>
              <w:t>4</w:t>
            </w:r>
          </w:p>
        </w:tc>
        <w:tc>
          <w:tcPr>
            <w:tcW w:w="5904" w:type="dxa"/>
            <w:vAlign w:val="center"/>
          </w:tcPr>
          <w:p w14:paraId="2436BF07" w14:textId="77777777" w:rsidR="006170F2" w:rsidRDefault="00000000">
            <w:r>
              <w:rPr>
                <w:sz w:val="17"/>
              </w:rPr>
              <w:t>Contact number</w:t>
            </w:r>
          </w:p>
        </w:tc>
        <w:tc>
          <w:tcPr>
            <w:tcW w:w="3024" w:type="dxa"/>
            <w:vAlign w:val="center"/>
          </w:tcPr>
          <w:p w14:paraId="634B2F28" w14:textId="77777777" w:rsidR="006170F2" w:rsidRDefault="006170F2"/>
        </w:tc>
      </w:tr>
      <w:tr w:rsidR="006170F2" w14:paraId="5ABF637A" w14:textId="77777777">
        <w:trPr>
          <w:jc w:val="center"/>
        </w:trPr>
        <w:tc>
          <w:tcPr>
            <w:tcW w:w="648" w:type="dxa"/>
            <w:vAlign w:val="center"/>
          </w:tcPr>
          <w:p w14:paraId="46F7BF16" w14:textId="77777777" w:rsidR="006170F2" w:rsidRDefault="00000000">
            <w:r>
              <w:rPr>
                <w:sz w:val="17"/>
              </w:rPr>
              <w:t>5</w:t>
            </w:r>
          </w:p>
        </w:tc>
        <w:tc>
          <w:tcPr>
            <w:tcW w:w="5904" w:type="dxa"/>
            <w:vAlign w:val="center"/>
          </w:tcPr>
          <w:p w14:paraId="296A938C" w14:textId="77777777" w:rsidR="006170F2" w:rsidRDefault="00000000">
            <w:r>
              <w:rPr>
                <w:sz w:val="17"/>
              </w:rPr>
              <w:t>Village and union council</w:t>
            </w:r>
          </w:p>
        </w:tc>
        <w:tc>
          <w:tcPr>
            <w:tcW w:w="3024" w:type="dxa"/>
            <w:vAlign w:val="center"/>
          </w:tcPr>
          <w:p w14:paraId="78AB328E" w14:textId="77777777" w:rsidR="006170F2" w:rsidRDefault="006170F2"/>
        </w:tc>
      </w:tr>
      <w:tr w:rsidR="006170F2" w14:paraId="59AD8AF3" w14:textId="77777777">
        <w:trPr>
          <w:jc w:val="center"/>
        </w:trPr>
        <w:tc>
          <w:tcPr>
            <w:tcW w:w="648" w:type="dxa"/>
            <w:vAlign w:val="center"/>
          </w:tcPr>
          <w:p w14:paraId="7B581CC1" w14:textId="77777777" w:rsidR="006170F2" w:rsidRDefault="00000000">
            <w:r>
              <w:rPr>
                <w:sz w:val="17"/>
              </w:rPr>
              <w:t>6</w:t>
            </w:r>
          </w:p>
        </w:tc>
        <w:tc>
          <w:tcPr>
            <w:tcW w:w="5904" w:type="dxa"/>
            <w:vAlign w:val="center"/>
          </w:tcPr>
          <w:p w14:paraId="7E54055B" w14:textId="77777777" w:rsidR="006170F2" w:rsidRDefault="00000000">
            <w:r>
              <w:rPr>
                <w:sz w:val="17"/>
              </w:rPr>
              <w:t>Tehsil and district</w:t>
            </w:r>
          </w:p>
        </w:tc>
        <w:tc>
          <w:tcPr>
            <w:tcW w:w="3024" w:type="dxa"/>
            <w:vAlign w:val="center"/>
          </w:tcPr>
          <w:p w14:paraId="785E6DF7" w14:textId="77777777" w:rsidR="006170F2" w:rsidRDefault="006170F2"/>
        </w:tc>
      </w:tr>
      <w:tr w:rsidR="006170F2" w14:paraId="7B1DBE33" w14:textId="77777777">
        <w:trPr>
          <w:jc w:val="center"/>
        </w:trPr>
        <w:tc>
          <w:tcPr>
            <w:tcW w:w="648" w:type="dxa"/>
            <w:vAlign w:val="center"/>
          </w:tcPr>
          <w:p w14:paraId="71B86D9B" w14:textId="77777777" w:rsidR="006170F2" w:rsidRDefault="00000000">
            <w:r>
              <w:rPr>
                <w:sz w:val="17"/>
              </w:rPr>
              <w:t>7</w:t>
            </w:r>
          </w:p>
        </w:tc>
        <w:tc>
          <w:tcPr>
            <w:tcW w:w="5904" w:type="dxa"/>
            <w:vAlign w:val="center"/>
          </w:tcPr>
          <w:p w14:paraId="4B51D1A3" w14:textId="77777777" w:rsidR="006170F2" w:rsidRDefault="00000000">
            <w:r>
              <w:rPr>
                <w:sz w:val="17"/>
              </w:rPr>
              <w:t>Educational qualification</w:t>
            </w:r>
          </w:p>
        </w:tc>
        <w:tc>
          <w:tcPr>
            <w:tcW w:w="3024" w:type="dxa"/>
            <w:vAlign w:val="center"/>
          </w:tcPr>
          <w:p w14:paraId="1CE43DA6" w14:textId="77777777" w:rsidR="006170F2" w:rsidRDefault="006170F2"/>
        </w:tc>
      </w:tr>
      <w:tr w:rsidR="006170F2" w14:paraId="43C64BE1" w14:textId="77777777">
        <w:trPr>
          <w:jc w:val="center"/>
        </w:trPr>
        <w:tc>
          <w:tcPr>
            <w:tcW w:w="648" w:type="dxa"/>
            <w:vAlign w:val="center"/>
          </w:tcPr>
          <w:p w14:paraId="3F16B3DF" w14:textId="77777777" w:rsidR="006170F2" w:rsidRDefault="00000000">
            <w:r>
              <w:rPr>
                <w:sz w:val="17"/>
              </w:rPr>
              <w:t>8</w:t>
            </w:r>
          </w:p>
        </w:tc>
        <w:tc>
          <w:tcPr>
            <w:tcW w:w="5904" w:type="dxa"/>
            <w:vAlign w:val="center"/>
          </w:tcPr>
          <w:p w14:paraId="64FF49E7" w14:textId="77777777" w:rsidR="006170F2" w:rsidRDefault="00000000">
            <w:r>
              <w:rPr>
                <w:sz w:val="17"/>
              </w:rPr>
              <w:t>Current occupation</w:t>
            </w:r>
          </w:p>
        </w:tc>
        <w:tc>
          <w:tcPr>
            <w:tcW w:w="3024" w:type="dxa"/>
            <w:vAlign w:val="center"/>
          </w:tcPr>
          <w:p w14:paraId="30C2FF3B" w14:textId="77777777" w:rsidR="006170F2" w:rsidRDefault="006170F2"/>
        </w:tc>
      </w:tr>
      <w:tr w:rsidR="006170F2" w14:paraId="16890C86" w14:textId="77777777">
        <w:trPr>
          <w:jc w:val="center"/>
        </w:trPr>
        <w:tc>
          <w:tcPr>
            <w:tcW w:w="648" w:type="dxa"/>
            <w:vAlign w:val="center"/>
          </w:tcPr>
          <w:p w14:paraId="2959E196" w14:textId="77777777" w:rsidR="006170F2" w:rsidRDefault="00000000">
            <w:r>
              <w:rPr>
                <w:sz w:val="17"/>
              </w:rPr>
              <w:t>9</w:t>
            </w:r>
          </w:p>
        </w:tc>
        <w:tc>
          <w:tcPr>
            <w:tcW w:w="5904" w:type="dxa"/>
            <w:vAlign w:val="center"/>
          </w:tcPr>
          <w:p w14:paraId="78301214" w14:textId="77777777" w:rsidR="006170F2" w:rsidRDefault="00000000">
            <w:r>
              <w:rPr>
                <w:sz w:val="17"/>
              </w:rPr>
              <w:t>Do you currently operate a business? If yes, specify.</w:t>
            </w:r>
          </w:p>
        </w:tc>
        <w:tc>
          <w:tcPr>
            <w:tcW w:w="3024" w:type="dxa"/>
            <w:vAlign w:val="center"/>
          </w:tcPr>
          <w:p w14:paraId="67327A41" w14:textId="77777777" w:rsidR="006170F2" w:rsidRDefault="006170F2"/>
        </w:tc>
      </w:tr>
      <w:tr w:rsidR="006170F2" w14:paraId="02924B18" w14:textId="77777777">
        <w:trPr>
          <w:jc w:val="center"/>
        </w:trPr>
        <w:tc>
          <w:tcPr>
            <w:tcW w:w="648" w:type="dxa"/>
            <w:vAlign w:val="center"/>
          </w:tcPr>
          <w:p w14:paraId="22B21C4A" w14:textId="77777777" w:rsidR="006170F2" w:rsidRDefault="00000000">
            <w:r>
              <w:rPr>
                <w:sz w:val="17"/>
              </w:rPr>
              <w:t>10</w:t>
            </w:r>
          </w:p>
        </w:tc>
        <w:tc>
          <w:tcPr>
            <w:tcW w:w="5904" w:type="dxa"/>
            <w:vAlign w:val="center"/>
          </w:tcPr>
          <w:p w14:paraId="25F411C9" w14:textId="77777777" w:rsidR="006170F2" w:rsidRDefault="00000000">
            <w:r>
              <w:rPr>
                <w:sz w:val="17"/>
              </w:rPr>
              <w:t>Relevant farming, agricultural-input, or business experience</w:t>
            </w:r>
          </w:p>
        </w:tc>
        <w:tc>
          <w:tcPr>
            <w:tcW w:w="3024" w:type="dxa"/>
            <w:vAlign w:val="center"/>
          </w:tcPr>
          <w:p w14:paraId="1F5B09C3" w14:textId="77777777" w:rsidR="006170F2" w:rsidRDefault="006170F2"/>
        </w:tc>
      </w:tr>
      <w:tr w:rsidR="006170F2" w14:paraId="61BA080E" w14:textId="77777777">
        <w:trPr>
          <w:jc w:val="center"/>
        </w:trPr>
        <w:tc>
          <w:tcPr>
            <w:tcW w:w="648" w:type="dxa"/>
            <w:vAlign w:val="center"/>
          </w:tcPr>
          <w:p w14:paraId="4157959C" w14:textId="77777777" w:rsidR="006170F2" w:rsidRDefault="00000000">
            <w:r>
              <w:rPr>
                <w:sz w:val="17"/>
              </w:rPr>
              <w:t>11</w:t>
            </w:r>
          </w:p>
        </w:tc>
        <w:tc>
          <w:tcPr>
            <w:tcW w:w="5904" w:type="dxa"/>
            <w:vAlign w:val="center"/>
          </w:tcPr>
          <w:p w14:paraId="58135CDC" w14:textId="77777777" w:rsidR="006170F2" w:rsidRDefault="00000000">
            <w:r>
              <w:rPr>
                <w:sz w:val="17"/>
              </w:rPr>
              <w:t>Have you received business grant/financial support before? If yes, provide details.</w:t>
            </w:r>
          </w:p>
        </w:tc>
        <w:tc>
          <w:tcPr>
            <w:tcW w:w="3024" w:type="dxa"/>
            <w:vAlign w:val="center"/>
          </w:tcPr>
          <w:p w14:paraId="79DE56EF" w14:textId="77777777" w:rsidR="006170F2" w:rsidRDefault="006170F2"/>
        </w:tc>
      </w:tr>
    </w:tbl>
    <w:p w14:paraId="38D3FD65" w14:textId="77777777" w:rsidR="006170F2" w:rsidRDefault="006170F2"/>
    <w:p w14:paraId="37ACCC48" w14:textId="77777777" w:rsidR="006170F2" w:rsidRDefault="00000000">
      <w:pPr>
        <w:pStyle w:val="Heading2"/>
      </w:pPr>
      <w:r>
        <w:t>Section B. Business Idea and Experience</w:t>
      </w:r>
    </w:p>
    <w:p w14:paraId="7B25AFA8" w14:textId="77777777" w:rsidR="006170F2" w:rsidRDefault="00000000">
      <w:pPr>
        <w:spacing w:before="80" w:after="40"/>
      </w:pPr>
      <w:r>
        <w:rPr>
          <w:b/>
        </w:rPr>
        <w:t>Q1. Describe your proposed business idea and why you want to establish an agricultural input supply store in Upper Chitral.</w:t>
      </w:r>
    </w:p>
    <w:p w14:paraId="6FD0C780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78262ED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2019E774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CD12050" w14:textId="77777777" w:rsidR="006170F2" w:rsidRDefault="00000000">
      <w:pPr>
        <w:spacing w:before="80" w:after="40"/>
      </w:pPr>
      <w:r>
        <w:rPr>
          <w:b/>
        </w:rPr>
        <w:t>Q2. Describe your experience in agriculture, farming, agricultural-input sales, or business management. Include years and relevant activities.</w:t>
      </w:r>
    </w:p>
    <w:p w14:paraId="1DD1685E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059DA6AF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0C103476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4B93EC6" w14:textId="77777777" w:rsidR="006170F2" w:rsidRDefault="00000000">
      <w:pPr>
        <w:spacing w:before="80" w:after="40"/>
      </w:pPr>
      <w:r>
        <w:rPr>
          <w:b/>
        </w:rPr>
        <w:t>Q3. Why are you suitable to operate this business? Describe your skills, knowledge, and strengths.</w:t>
      </w:r>
    </w:p>
    <w:p w14:paraId="31AA1CB4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61BF902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5A2CB6D7" w14:textId="77777777" w:rsidR="006170F2" w:rsidRDefault="00000000">
      <w:pPr>
        <w:pStyle w:val="Heading2"/>
      </w:pPr>
      <w:r>
        <w:t>Section C. Market Demand and Business Location</w:t>
      </w:r>
    </w:p>
    <w:p w14:paraId="006F2C47" w14:textId="77777777" w:rsidR="006170F2" w:rsidRDefault="00000000">
      <w:pPr>
        <w:spacing w:before="80" w:after="40"/>
      </w:pPr>
      <w:r>
        <w:rPr>
          <w:b/>
        </w:rPr>
        <w:t>Q4. Where will the store be located? Give the village, union council, and specific location. Is the premises owned, rented, or otherwise accessible to you?</w:t>
      </w:r>
    </w:p>
    <w:p w14:paraId="44024EEC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279A973E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70A8ECDA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B936467" w14:textId="77777777" w:rsidR="006170F2" w:rsidRDefault="00000000">
      <w:pPr>
        <w:spacing w:before="80" w:after="40"/>
      </w:pPr>
      <w:r>
        <w:rPr>
          <w:b/>
        </w:rPr>
        <w:t>Q5. Which crops are commonly grown in your target area, and what agricultural inputs do farmers need?</w:t>
      </w:r>
    </w:p>
    <w:p w14:paraId="007F8AFB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8035E34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7441D25F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C3077E1" w14:textId="77777777" w:rsidR="006170F2" w:rsidRDefault="00000000">
      <w:pPr>
        <w:spacing w:before="80" w:after="40"/>
      </w:pPr>
      <w:r>
        <w:rPr>
          <w:b/>
        </w:rPr>
        <w:t>Q6. How do farmers currently obtain agricultural inputs? Describe access, travel distance, availability, and major challenges.</w:t>
      </w:r>
    </w:p>
    <w:p w14:paraId="0A73C5D6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6796714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4A7436EB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76BA83D" w14:textId="77777777" w:rsidR="006170F2" w:rsidRDefault="00000000">
      <w:pPr>
        <w:spacing w:before="80" w:after="40"/>
      </w:pPr>
      <w:r>
        <w:rPr>
          <w:b/>
        </w:rPr>
        <w:t>Q7. Who will be your main customers? Estimate how many farmers you expect to serve and explain how you will reach them.</w:t>
      </w:r>
    </w:p>
    <w:p w14:paraId="28222851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41718471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AF2B4CC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EAA887D" w14:textId="77777777" w:rsidR="00091405" w:rsidRDefault="00091405" w:rsidP="00091405">
      <w:pPr>
        <w:spacing w:before="80" w:after="40"/>
        <w:rPr>
          <w:b/>
        </w:rPr>
      </w:pPr>
    </w:p>
    <w:p w14:paraId="39C29BCB" w14:textId="11F7E8CC" w:rsidR="00091405" w:rsidRPr="00091405" w:rsidRDefault="00000000" w:rsidP="00091405">
      <w:pPr>
        <w:spacing w:before="80" w:after="40"/>
        <w:rPr>
          <w:b/>
        </w:rPr>
      </w:pPr>
      <w:r>
        <w:rPr>
          <w:b/>
        </w:rPr>
        <w:lastRenderedPageBreak/>
        <w:t>Q8. Who are your main competitors, and how will your store offer reliable or better services?</w:t>
      </w:r>
    </w:p>
    <w:p w14:paraId="304683B3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C373628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0D2564FE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EA00A2F" w14:textId="77777777" w:rsidR="006170F2" w:rsidRDefault="00000000">
      <w:pPr>
        <w:pStyle w:val="Heading2"/>
      </w:pPr>
      <w:r>
        <w:t>Section D. Business Operations and Supply Chain</w:t>
      </w:r>
    </w:p>
    <w:p w14:paraId="0CB3A9D5" w14:textId="77777777" w:rsidR="006170F2" w:rsidRDefault="00000000">
      <w:pPr>
        <w:spacing w:before="80" w:after="40"/>
      </w:pPr>
      <w:r>
        <w:rPr>
          <w:b/>
        </w:rPr>
        <w:t>Q9. Which products will you sell, and why are these products needed in the target area?</w:t>
      </w:r>
    </w:p>
    <w:p w14:paraId="6387147D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5029DD85" w14:textId="77777777" w:rsidR="006170F2" w:rsidRDefault="00000000">
      <w:pPr>
        <w:spacing w:after="20"/>
      </w:pPr>
      <w: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304"/>
        <w:gridCol w:w="4320"/>
        <w:gridCol w:w="2304"/>
      </w:tblGrid>
      <w:tr w:rsidR="006170F2" w14:paraId="3476CEB4" w14:textId="77777777">
        <w:trPr>
          <w:jc w:val="center"/>
        </w:trPr>
        <w:tc>
          <w:tcPr>
            <w:tcW w:w="576" w:type="dxa"/>
            <w:shd w:val="clear" w:color="auto" w:fill="D9E2F3"/>
            <w:vAlign w:val="center"/>
          </w:tcPr>
          <w:p w14:paraId="7124168C" w14:textId="77777777" w:rsidR="006170F2" w:rsidRDefault="00000000">
            <w:r>
              <w:rPr>
                <w:b/>
                <w:sz w:val="17"/>
              </w:rPr>
              <w:t>No.</w:t>
            </w:r>
          </w:p>
        </w:tc>
        <w:tc>
          <w:tcPr>
            <w:tcW w:w="2304" w:type="dxa"/>
            <w:shd w:val="clear" w:color="auto" w:fill="D9E2F3"/>
            <w:vAlign w:val="center"/>
          </w:tcPr>
          <w:p w14:paraId="1081F3E5" w14:textId="77777777" w:rsidR="006170F2" w:rsidRDefault="00000000">
            <w:r>
              <w:rPr>
                <w:b/>
                <w:sz w:val="17"/>
              </w:rPr>
              <w:t>Product category</w:t>
            </w:r>
          </w:p>
        </w:tc>
        <w:tc>
          <w:tcPr>
            <w:tcW w:w="4320" w:type="dxa"/>
            <w:shd w:val="clear" w:color="auto" w:fill="D9E2F3"/>
            <w:vAlign w:val="center"/>
          </w:tcPr>
          <w:p w14:paraId="6476558E" w14:textId="77777777" w:rsidR="006170F2" w:rsidRDefault="00000000">
            <w:r>
              <w:rPr>
                <w:b/>
                <w:sz w:val="17"/>
              </w:rPr>
              <w:t>Examples</w:t>
            </w:r>
          </w:p>
        </w:tc>
        <w:tc>
          <w:tcPr>
            <w:tcW w:w="2304" w:type="dxa"/>
            <w:shd w:val="clear" w:color="auto" w:fill="D9E2F3"/>
            <w:vAlign w:val="center"/>
          </w:tcPr>
          <w:p w14:paraId="2ABD1FB9" w14:textId="77777777" w:rsidR="006170F2" w:rsidRDefault="00000000">
            <w:r>
              <w:rPr>
                <w:b/>
                <w:sz w:val="17"/>
              </w:rPr>
              <w:t>Estimated initial investment (PKR)</w:t>
            </w:r>
          </w:p>
        </w:tc>
      </w:tr>
      <w:tr w:rsidR="006170F2" w14:paraId="0599111A" w14:textId="77777777">
        <w:trPr>
          <w:jc w:val="center"/>
        </w:trPr>
        <w:tc>
          <w:tcPr>
            <w:tcW w:w="576" w:type="dxa"/>
            <w:vAlign w:val="center"/>
          </w:tcPr>
          <w:p w14:paraId="4CE4A8B4" w14:textId="77777777" w:rsidR="006170F2" w:rsidRDefault="00000000">
            <w:r>
              <w:rPr>
                <w:sz w:val="17"/>
              </w:rPr>
              <w:t>1</w:t>
            </w:r>
          </w:p>
        </w:tc>
        <w:tc>
          <w:tcPr>
            <w:tcW w:w="2304" w:type="dxa"/>
            <w:vAlign w:val="center"/>
          </w:tcPr>
          <w:p w14:paraId="7B28EF02" w14:textId="77777777" w:rsidR="006170F2" w:rsidRDefault="00000000">
            <w:r>
              <w:rPr>
                <w:sz w:val="17"/>
              </w:rPr>
              <w:t>Seeds</w:t>
            </w:r>
          </w:p>
        </w:tc>
        <w:tc>
          <w:tcPr>
            <w:tcW w:w="4320" w:type="dxa"/>
            <w:vAlign w:val="center"/>
          </w:tcPr>
          <w:p w14:paraId="6C6615F6" w14:textId="77777777" w:rsidR="006170F2" w:rsidRDefault="00000000">
            <w:r>
              <w:rPr>
                <w:sz w:val="17"/>
              </w:rPr>
              <w:t>Vegetable and cereal seeds</w:t>
            </w:r>
          </w:p>
        </w:tc>
        <w:tc>
          <w:tcPr>
            <w:tcW w:w="2304" w:type="dxa"/>
            <w:vAlign w:val="center"/>
          </w:tcPr>
          <w:p w14:paraId="2365707C" w14:textId="77777777" w:rsidR="006170F2" w:rsidRDefault="006170F2"/>
        </w:tc>
      </w:tr>
      <w:tr w:rsidR="006170F2" w14:paraId="16962A60" w14:textId="77777777">
        <w:trPr>
          <w:jc w:val="center"/>
        </w:trPr>
        <w:tc>
          <w:tcPr>
            <w:tcW w:w="576" w:type="dxa"/>
            <w:vAlign w:val="center"/>
          </w:tcPr>
          <w:p w14:paraId="5C31D3EE" w14:textId="77777777" w:rsidR="006170F2" w:rsidRDefault="00000000">
            <w:r>
              <w:rPr>
                <w:sz w:val="17"/>
              </w:rPr>
              <w:t>2</w:t>
            </w:r>
          </w:p>
        </w:tc>
        <w:tc>
          <w:tcPr>
            <w:tcW w:w="2304" w:type="dxa"/>
            <w:vAlign w:val="center"/>
          </w:tcPr>
          <w:p w14:paraId="7E9C4838" w14:textId="77777777" w:rsidR="006170F2" w:rsidRDefault="00000000">
            <w:r>
              <w:rPr>
                <w:sz w:val="17"/>
              </w:rPr>
              <w:t>Fertilizers</w:t>
            </w:r>
          </w:p>
        </w:tc>
        <w:tc>
          <w:tcPr>
            <w:tcW w:w="4320" w:type="dxa"/>
            <w:vAlign w:val="center"/>
          </w:tcPr>
          <w:p w14:paraId="4C8B88B9" w14:textId="77777777" w:rsidR="006170F2" w:rsidRDefault="00000000">
            <w:r>
              <w:rPr>
                <w:sz w:val="17"/>
              </w:rPr>
              <w:t>Relevant agricultural fertilizers</w:t>
            </w:r>
          </w:p>
        </w:tc>
        <w:tc>
          <w:tcPr>
            <w:tcW w:w="2304" w:type="dxa"/>
            <w:vAlign w:val="center"/>
          </w:tcPr>
          <w:p w14:paraId="20090F21" w14:textId="77777777" w:rsidR="006170F2" w:rsidRDefault="006170F2"/>
        </w:tc>
      </w:tr>
      <w:tr w:rsidR="006170F2" w14:paraId="6FA275CF" w14:textId="77777777">
        <w:trPr>
          <w:jc w:val="center"/>
        </w:trPr>
        <w:tc>
          <w:tcPr>
            <w:tcW w:w="576" w:type="dxa"/>
            <w:vAlign w:val="center"/>
          </w:tcPr>
          <w:p w14:paraId="19E45FFF" w14:textId="77777777" w:rsidR="006170F2" w:rsidRDefault="00000000">
            <w:r>
              <w:rPr>
                <w:sz w:val="17"/>
              </w:rPr>
              <w:t>3</w:t>
            </w:r>
          </w:p>
        </w:tc>
        <w:tc>
          <w:tcPr>
            <w:tcW w:w="2304" w:type="dxa"/>
            <w:vAlign w:val="center"/>
          </w:tcPr>
          <w:p w14:paraId="6943792C" w14:textId="77777777" w:rsidR="006170F2" w:rsidRDefault="00000000">
            <w:r>
              <w:rPr>
                <w:sz w:val="17"/>
              </w:rPr>
              <w:t>Crop-protection products</w:t>
            </w:r>
          </w:p>
        </w:tc>
        <w:tc>
          <w:tcPr>
            <w:tcW w:w="4320" w:type="dxa"/>
            <w:vAlign w:val="center"/>
          </w:tcPr>
          <w:p w14:paraId="5C8C8E62" w14:textId="77777777" w:rsidR="006170F2" w:rsidRDefault="00000000">
            <w:r>
              <w:rPr>
                <w:sz w:val="17"/>
              </w:rPr>
              <w:t>Approved products, where legally permitted</w:t>
            </w:r>
          </w:p>
        </w:tc>
        <w:tc>
          <w:tcPr>
            <w:tcW w:w="2304" w:type="dxa"/>
            <w:vAlign w:val="center"/>
          </w:tcPr>
          <w:p w14:paraId="173F3A0B" w14:textId="77777777" w:rsidR="006170F2" w:rsidRDefault="006170F2"/>
        </w:tc>
      </w:tr>
      <w:tr w:rsidR="006170F2" w14:paraId="4A046130" w14:textId="77777777">
        <w:trPr>
          <w:jc w:val="center"/>
        </w:trPr>
        <w:tc>
          <w:tcPr>
            <w:tcW w:w="576" w:type="dxa"/>
            <w:vAlign w:val="center"/>
          </w:tcPr>
          <w:p w14:paraId="468E80C8" w14:textId="77777777" w:rsidR="006170F2" w:rsidRDefault="00000000">
            <w:r>
              <w:rPr>
                <w:sz w:val="17"/>
              </w:rPr>
              <w:t>4</w:t>
            </w:r>
          </w:p>
        </w:tc>
        <w:tc>
          <w:tcPr>
            <w:tcW w:w="2304" w:type="dxa"/>
            <w:vAlign w:val="center"/>
          </w:tcPr>
          <w:p w14:paraId="63EF58CA" w14:textId="77777777" w:rsidR="006170F2" w:rsidRDefault="00000000">
            <w:r>
              <w:rPr>
                <w:sz w:val="17"/>
              </w:rPr>
              <w:t>Agricultural tools</w:t>
            </w:r>
          </w:p>
        </w:tc>
        <w:tc>
          <w:tcPr>
            <w:tcW w:w="4320" w:type="dxa"/>
            <w:vAlign w:val="center"/>
          </w:tcPr>
          <w:p w14:paraId="702E18F1" w14:textId="77777777" w:rsidR="006170F2" w:rsidRDefault="00000000">
            <w:r>
              <w:rPr>
                <w:sz w:val="17"/>
              </w:rPr>
              <w:t>Sprayers, pruning tools, etc.</w:t>
            </w:r>
          </w:p>
        </w:tc>
        <w:tc>
          <w:tcPr>
            <w:tcW w:w="2304" w:type="dxa"/>
            <w:vAlign w:val="center"/>
          </w:tcPr>
          <w:p w14:paraId="337FD468" w14:textId="77777777" w:rsidR="006170F2" w:rsidRDefault="006170F2"/>
        </w:tc>
      </w:tr>
      <w:tr w:rsidR="006170F2" w14:paraId="0B317839" w14:textId="77777777">
        <w:trPr>
          <w:jc w:val="center"/>
        </w:trPr>
        <w:tc>
          <w:tcPr>
            <w:tcW w:w="576" w:type="dxa"/>
            <w:vAlign w:val="center"/>
          </w:tcPr>
          <w:p w14:paraId="25114C40" w14:textId="77777777" w:rsidR="006170F2" w:rsidRDefault="00000000">
            <w:r>
              <w:rPr>
                <w:sz w:val="17"/>
              </w:rPr>
              <w:t>5</w:t>
            </w:r>
          </w:p>
        </w:tc>
        <w:tc>
          <w:tcPr>
            <w:tcW w:w="2304" w:type="dxa"/>
            <w:vAlign w:val="center"/>
          </w:tcPr>
          <w:p w14:paraId="23A6F69D" w14:textId="77777777" w:rsidR="006170F2" w:rsidRDefault="00000000">
            <w:r>
              <w:rPr>
                <w:sz w:val="17"/>
              </w:rPr>
              <w:t>Other inputs</w:t>
            </w:r>
          </w:p>
        </w:tc>
        <w:tc>
          <w:tcPr>
            <w:tcW w:w="4320" w:type="dxa"/>
            <w:vAlign w:val="center"/>
          </w:tcPr>
          <w:p w14:paraId="574FA3D3" w14:textId="77777777" w:rsidR="006170F2" w:rsidRDefault="00000000">
            <w:r>
              <w:rPr>
                <w:sz w:val="17"/>
              </w:rPr>
              <w:t>Please specify</w:t>
            </w:r>
          </w:p>
        </w:tc>
        <w:tc>
          <w:tcPr>
            <w:tcW w:w="2304" w:type="dxa"/>
            <w:vAlign w:val="center"/>
          </w:tcPr>
          <w:p w14:paraId="254CB7BC" w14:textId="77777777" w:rsidR="006170F2" w:rsidRDefault="006170F2"/>
        </w:tc>
      </w:tr>
      <w:tr w:rsidR="006170F2" w14:paraId="1649FC6A" w14:textId="77777777">
        <w:trPr>
          <w:jc w:val="center"/>
        </w:trPr>
        <w:tc>
          <w:tcPr>
            <w:tcW w:w="576" w:type="dxa"/>
            <w:vAlign w:val="center"/>
          </w:tcPr>
          <w:p w14:paraId="03DDDCC8" w14:textId="77777777" w:rsidR="006170F2" w:rsidRDefault="006170F2"/>
        </w:tc>
        <w:tc>
          <w:tcPr>
            <w:tcW w:w="2304" w:type="dxa"/>
            <w:vAlign w:val="center"/>
          </w:tcPr>
          <w:p w14:paraId="716B8F5D" w14:textId="77777777" w:rsidR="006170F2" w:rsidRDefault="00000000">
            <w:r>
              <w:rPr>
                <w:sz w:val="17"/>
              </w:rPr>
              <w:t>TOTAL</w:t>
            </w:r>
          </w:p>
        </w:tc>
        <w:tc>
          <w:tcPr>
            <w:tcW w:w="4320" w:type="dxa"/>
            <w:vAlign w:val="center"/>
          </w:tcPr>
          <w:p w14:paraId="4667D128" w14:textId="77777777" w:rsidR="006170F2" w:rsidRDefault="006170F2"/>
        </w:tc>
        <w:tc>
          <w:tcPr>
            <w:tcW w:w="2304" w:type="dxa"/>
            <w:vAlign w:val="center"/>
          </w:tcPr>
          <w:p w14:paraId="17CFB470" w14:textId="77777777" w:rsidR="006170F2" w:rsidRDefault="006170F2"/>
        </w:tc>
      </w:tr>
    </w:tbl>
    <w:p w14:paraId="2F652C2D" w14:textId="77777777" w:rsidR="006170F2" w:rsidRDefault="006170F2"/>
    <w:p w14:paraId="575C80A1" w14:textId="77777777" w:rsidR="006170F2" w:rsidRDefault="00000000">
      <w:pPr>
        <w:spacing w:before="80" w:after="40"/>
      </w:pPr>
      <w:r>
        <w:rPr>
          <w:b/>
        </w:rPr>
        <w:t>Q10. Identify potential suppliers or distributors. How will you ensure that products are genuine, good quality, and competitively priced?</w:t>
      </w:r>
    </w:p>
    <w:p w14:paraId="12BF88DE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58F26119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583DB9D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0E8D0695" w14:textId="77777777" w:rsidR="006170F2" w:rsidRDefault="00000000">
      <w:pPr>
        <w:spacing w:before="80" w:after="40"/>
      </w:pPr>
      <w:r>
        <w:rPr>
          <w:b/>
        </w:rPr>
        <w:t>Q11. How will you manage stock, storage, expiry dates, safe handling, and purchase/sales records?</w:t>
      </w:r>
    </w:p>
    <w:p w14:paraId="53422EDC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2D0C989F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5747D86A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7A462D60" w14:textId="77777777" w:rsidR="006170F2" w:rsidRDefault="00000000">
      <w:pPr>
        <w:spacing w:before="80" w:after="40"/>
      </w:pPr>
      <w:r>
        <w:rPr>
          <w:b/>
        </w:rPr>
        <w:t>Q12. How will you operate throughout the year, including seasonal demand, staffing, and stock planning?</w:t>
      </w:r>
    </w:p>
    <w:p w14:paraId="7147B807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76BE3FE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116866E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482FE6CD" w14:textId="77777777" w:rsidR="006170F2" w:rsidRDefault="00000000">
      <w:pPr>
        <w:pStyle w:val="Heading2"/>
      </w:pPr>
      <w:r>
        <w:t>Section E. Investment and Co-financing</w:t>
      </w:r>
    </w:p>
    <w:p w14:paraId="70B63331" w14:textId="77777777" w:rsidR="006170F2" w:rsidRDefault="00000000">
      <w:r>
        <w:t>Q13. Complete the following budget. All proposed expenses are subject to AKRSP eligibility requirements and approval.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"/>
        <w:gridCol w:w="3096"/>
        <w:gridCol w:w="1872"/>
        <w:gridCol w:w="2088"/>
        <w:gridCol w:w="2088"/>
      </w:tblGrid>
      <w:tr w:rsidR="006170F2" w14:paraId="671EE597" w14:textId="77777777">
        <w:trPr>
          <w:jc w:val="center"/>
        </w:trPr>
        <w:tc>
          <w:tcPr>
            <w:tcW w:w="504" w:type="dxa"/>
            <w:shd w:val="clear" w:color="auto" w:fill="D9E2F3"/>
            <w:vAlign w:val="center"/>
          </w:tcPr>
          <w:p w14:paraId="18D6CE26" w14:textId="77777777" w:rsidR="006170F2" w:rsidRDefault="00000000">
            <w:r>
              <w:rPr>
                <w:b/>
                <w:sz w:val="17"/>
              </w:rPr>
              <w:t>No.</w:t>
            </w:r>
          </w:p>
        </w:tc>
        <w:tc>
          <w:tcPr>
            <w:tcW w:w="3096" w:type="dxa"/>
            <w:shd w:val="clear" w:color="auto" w:fill="D9E2F3"/>
            <w:vAlign w:val="center"/>
          </w:tcPr>
          <w:p w14:paraId="03AF384A" w14:textId="77777777" w:rsidR="006170F2" w:rsidRDefault="00000000">
            <w:r>
              <w:rPr>
                <w:b/>
                <w:sz w:val="17"/>
              </w:rPr>
              <w:t>Proposed expenditure</w:t>
            </w:r>
          </w:p>
        </w:tc>
        <w:tc>
          <w:tcPr>
            <w:tcW w:w="1872" w:type="dxa"/>
            <w:shd w:val="clear" w:color="auto" w:fill="D9E2F3"/>
            <w:vAlign w:val="center"/>
          </w:tcPr>
          <w:p w14:paraId="740F1000" w14:textId="77777777" w:rsidR="006170F2" w:rsidRDefault="00000000">
            <w:r>
              <w:rPr>
                <w:b/>
                <w:sz w:val="17"/>
              </w:rPr>
              <w:t>Total cost (PKR)</w:t>
            </w:r>
          </w:p>
        </w:tc>
        <w:tc>
          <w:tcPr>
            <w:tcW w:w="2088" w:type="dxa"/>
            <w:shd w:val="clear" w:color="auto" w:fill="D9E2F3"/>
            <w:vAlign w:val="center"/>
          </w:tcPr>
          <w:p w14:paraId="00E5B4C8" w14:textId="77777777" w:rsidR="006170F2" w:rsidRDefault="00000000">
            <w:r>
              <w:rPr>
                <w:b/>
                <w:sz w:val="17"/>
              </w:rPr>
              <w:t>AKRSP grant requested (PKR)</w:t>
            </w:r>
          </w:p>
        </w:tc>
        <w:tc>
          <w:tcPr>
            <w:tcW w:w="2088" w:type="dxa"/>
            <w:shd w:val="clear" w:color="auto" w:fill="D9E2F3"/>
            <w:vAlign w:val="center"/>
          </w:tcPr>
          <w:p w14:paraId="07551BF9" w14:textId="77777777" w:rsidR="006170F2" w:rsidRDefault="00000000">
            <w:r>
              <w:rPr>
                <w:b/>
                <w:sz w:val="17"/>
              </w:rPr>
              <w:t>Applicant contribution (PKR)</w:t>
            </w:r>
          </w:p>
        </w:tc>
      </w:tr>
      <w:tr w:rsidR="006170F2" w14:paraId="773341DE" w14:textId="77777777">
        <w:trPr>
          <w:jc w:val="center"/>
        </w:trPr>
        <w:tc>
          <w:tcPr>
            <w:tcW w:w="504" w:type="dxa"/>
            <w:vAlign w:val="center"/>
          </w:tcPr>
          <w:p w14:paraId="275AB7CC" w14:textId="77777777" w:rsidR="006170F2" w:rsidRDefault="00000000">
            <w:r>
              <w:rPr>
                <w:sz w:val="17"/>
              </w:rPr>
              <w:t>1</w:t>
            </w:r>
          </w:p>
        </w:tc>
        <w:tc>
          <w:tcPr>
            <w:tcW w:w="3096" w:type="dxa"/>
            <w:vAlign w:val="center"/>
          </w:tcPr>
          <w:p w14:paraId="5E49D87C" w14:textId="77777777" w:rsidR="006170F2" w:rsidRDefault="00000000">
            <w:r>
              <w:rPr>
                <w:sz w:val="17"/>
              </w:rPr>
              <w:t>Initial stock of agricultural inputs</w:t>
            </w:r>
          </w:p>
        </w:tc>
        <w:tc>
          <w:tcPr>
            <w:tcW w:w="1872" w:type="dxa"/>
            <w:vAlign w:val="center"/>
          </w:tcPr>
          <w:p w14:paraId="520302E9" w14:textId="77777777" w:rsidR="006170F2" w:rsidRDefault="006170F2"/>
        </w:tc>
        <w:tc>
          <w:tcPr>
            <w:tcW w:w="2088" w:type="dxa"/>
            <w:vAlign w:val="center"/>
          </w:tcPr>
          <w:p w14:paraId="589373C5" w14:textId="77777777" w:rsidR="006170F2" w:rsidRDefault="006170F2"/>
        </w:tc>
        <w:tc>
          <w:tcPr>
            <w:tcW w:w="2088" w:type="dxa"/>
            <w:vAlign w:val="center"/>
          </w:tcPr>
          <w:p w14:paraId="2BCD1F37" w14:textId="77777777" w:rsidR="006170F2" w:rsidRDefault="006170F2"/>
        </w:tc>
      </w:tr>
      <w:tr w:rsidR="006170F2" w14:paraId="7D5E6AAF" w14:textId="77777777">
        <w:trPr>
          <w:jc w:val="center"/>
        </w:trPr>
        <w:tc>
          <w:tcPr>
            <w:tcW w:w="504" w:type="dxa"/>
            <w:vAlign w:val="center"/>
          </w:tcPr>
          <w:p w14:paraId="0472C708" w14:textId="77777777" w:rsidR="006170F2" w:rsidRDefault="00000000">
            <w:r>
              <w:rPr>
                <w:sz w:val="17"/>
              </w:rPr>
              <w:t>2</w:t>
            </w:r>
          </w:p>
        </w:tc>
        <w:tc>
          <w:tcPr>
            <w:tcW w:w="3096" w:type="dxa"/>
            <w:vAlign w:val="center"/>
          </w:tcPr>
          <w:p w14:paraId="424A283E" w14:textId="77777777" w:rsidR="006170F2" w:rsidRDefault="00000000">
            <w:r>
              <w:rPr>
                <w:sz w:val="17"/>
              </w:rPr>
              <w:t>Shelving, storage, and shop setup</w:t>
            </w:r>
          </w:p>
        </w:tc>
        <w:tc>
          <w:tcPr>
            <w:tcW w:w="1872" w:type="dxa"/>
            <w:vAlign w:val="center"/>
          </w:tcPr>
          <w:p w14:paraId="31F69E0D" w14:textId="77777777" w:rsidR="006170F2" w:rsidRDefault="006170F2"/>
        </w:tc>
        <w:tc>
          <w:tcPr>
            <w:tcW w:w="2088" w:type="dxa"/>
            <w:vAlign w:val="center"/>
          </w:tcPr>
          <w:p w14:paraId="5D1A3628" w14:textId="77777777" w:rsidR="006170F2" w:rsidRDefault="006170F2"/>
        </w:tc>
        <w:tc>
          <w:tcPr>
            <w:tcW w:w="2088" w:type="dxa"/>
            <w:vAlign w:val="center"/>
          </w:tcPr>
          <w:p w14:paraId="519C89C7" w14:textId="77777777" w:rsidR="006170F2" w:rsidRDefault="006170F2"/>
        </w:tc>
      </w:tr>
      <w:tr w:rsidR="006170F2" w14:paraId="2BA92749" w14:textId="77777777">
        <w:trPr>
          <w:jc w:val="center"/>
        </w:trPr>
        <w:tc>
          <w:tcPr>
            <w:tcW w:w="504" w:type="dxa"/>
            <w:vAlign w:val="center"/>
          </w:tcPr>
          <w:p w14:paraId="2A2FC226" w14:textId="77777777" w:rsidR="006170F2" w:rsidRDefault="00000000">
            <w:r>
              <w:rPr>
                <w:sz w:val="17"/>
              </w:rPr>
              <w:t>3</w:t>
            </w:r>
          </w:p>
        </w:tc>
        <w:tc>
          <w:tcPr>
            <w:tcW w:w="3096" w:type="dxa"/>
            <w:vAlign w:val="center"/>
          </w:tcPr>
          <w:p w14:paraId="0537E7FA" w14:textId="77777777" w:rsidR="006170F2" w:rsidRDefault="00000000">
            <w:r>
              <w:rPr>
                <w:sz w:val="17"/>
              </w:rPr>
              <w:t>Furniture/equipment essential to the business</w:t>
            </w:r>
          </w:p>
        </w:tc>
        <w:tc>
          <w:tcPr>
            <w:tcW w:w="1872" w:type="dxa"/>
            <w:vAlign w:val="center"/>
          </w:tcPr>
          <w:p w14:paraId="4CCB0FD3" w14:textId="77777777" w:rsidR="006170F2" w:rsidRDefault="006170F2"/>
        </w:tc>
        <w:tc>
          <w:tcPr>
            <w:tcW w:w="2088" w:type="dxa"/>
            <w:vAlign w:val="center"/>
          </w:tcPr>
          <w:p w14:paraId="252AFFB9" w14:textId="77777777" w:rsidR="006170F2" w:rsidRDefault="006170F2"/>
        </w:tc>
        <w:tc>
          <w:tcPr>
            <w:tcW w:w="2088" w:type="dxa"/>
            <w:vAlign w:val="center"/>
          </w:tcPr>
          <w:p w14:paraId="7DA12F86" w14:textId="77777777" w:rsidR="006170F2" w:rsidRDefault="006170F2"/>
        </w:tc>
      </w:tr>
      <w:tr w:rsidR="006170F2" w14:paraId="1FE9CEFD" w14:textId="77777777">
        <w:trPr>
          <w:jc w:val="center"/>
        </w:trPr>
        <w:tc>
          <w:tcPr>
            <w:tcW w:w="504" w:type="dxa"/>
            <w:vAlign w:val="center"/>
          </w:tcPr>
          <w:p w14:paraId="1354DBE3" w14:textId="77777777" w:rsidR="006170F2" w:rsidRDefault="00000000">
            <w:r>
              <w:rPr>
                <w:sz w:val="17"/>
              </w:rPr>
              <w:t>4</w:t>
            </w:r>
          </w:p>
        </w:tc>
        <w:tc>
          <w:tcPr>
            <w:tcW w:w="3096" w:type="dxa"/>
            <w:vAlign w:val="center"/>
          </w:tcPr>
          <w:p w14:paraId="39844811" w14:textId="77777777" w:rsidR="006170F2" w:rsidRDefault="00000000">
            <w:r>
              <w:rPr>
                <w:sz w:val="17"/>
              </w:rPr>
              <w:t>Transportation and initial supply arrangements</w:t>
            </w:r>
          </w:p>
        </w:tc>
        <w:tc>
          <w:tcPr>
            <w:tcW w:w="1872" w:type="dxa"/>
            <w:vAlign w:val="center"/>
          </w:tcPr>
          <w:p w14:paraId="22CD7B49" w14:textId="77777777" w:rsidR="006170F2" w:rsidRDefault="006170F2"/>
        </w:tc>
        <w:tc>
          <w:tcPr>
            <w:tcW w:w="2088" w:type="dxa"/>
            <w:vAlign w:val="center"/>
          </w:tcPr>
          <w:p w14:paraId="3FFF6175" w14:textId="77777777" w:rsidR="006170F2" w:rsidRDefault="006170F2"/>
        </w:tc>
        <w:tc>
          <w:tcPr>
            <w:tcW w:w="2088" w:type="dxa"/>
            <w:vAlign w:val="center"/>
          </w:tcPr>
          <w:p w14:paraId="434A9959" w14:textId="77777777" w:rsidR="006170F2" w:rsidRDefault="006170F2"/>
        </w:tc>
      </w:tr>
      <w:tr w:rsidR="006170F2" w14:paraId="35555DDA" w14:textId="77777777">
        <w:trPr>
          <w:jc w:val="center"/>
        </w:trPr>
        <w:tc>
          <w:tcPr>
            <w:tcW w:w="504" w:type="dxa"/>
            <w:vAlign w:val="center"/>
          </w:tcPr>
          <w:p w14:paraId="67B689B6" w14:textId="77777777" w:rsidR="006170F2" w:rsidRDefault="00000000">
            <w:r>
              <w:rPr>
                <w:sz w:val="17"/>
              </w:rPr>
              <w:t>5</w:t>
            </w:r>
          </w:p>
        </w:tc>
        <w:tc>
          <w:tcPr>
            <w:tcW w:w="3096" w:type="dxa"/>
            <w:vAlign w:val="center"/>
          </w:tcPr>
          <w:p w14:paraId="60CE0819" w14:textId="77777777" w:rsidR="006170F2" w:rsidRDefault="00000000">
            <w:r>
              <w:rPr>
                <w:sz w:val="17"/>
              </w:rPr>
              <w:t>Other eligible expenses (specify)</w:t>
            </w:r>
          </w:p>
        </w:tc>
        <w:tc>
          <w:tcPr>
            <w:tcW w:w="1872" w:type="dxa"/>
            <w:vAlign w:val="center"/>
          </w:tcPr>
          <w:p w14:paraId="5B198005" w14:textId="77777777" w:rsidR="006170F2" w:rsidRDefault="006170F2"/>
        </w:tc>
        <w:tc>
          <w:tcPr>
            <w:tcW w:w="2088" w:type="dxa"/>
            <w:vAlign w:val="center"/>
          </w:tcPr>
          <w:p w14:paraId="7C5130F4" w14:textId="77777777" w:rsidR="006170F2" w:rsidRDefault="006170F2"/>
        </w:tc>
        <w:tc>
          <w:tcPr>
            <w:tcW w:w="2088" w:type="dxa"/>
            <w:vAlign w:val="center"/>
          </w:tcPr>
          <w:p w14:paraId="51D00B7B" w14:textId="77777777" w:rsidR="006170F2" w:rsidRDefault="006170F2"/>
        </w:tc>
      </w:tr>
      <w:tr w:rsidR="006170F2" w14:paraId="6209925C" w14:textId="77777777">
        <w:trPr>
          <w:jc w:val="center"/>
        </w:trPr>
        <w:tc>
          <w:tcPr>
            <w:tcW w:w="504" w:type="dxa"/>
            <w:vAlign w:val="center"/>
          </w:tcPr>
          <w:p w14:paraId="26FE4AD0" w14:textId="77777777" w:rsidR="006170F2" w:rsidRDefault="006170F2"/>
        </w:tc>
        <w:tc>
          <w:tcPr>
            <w:tcW w:w="3096" w:type="dxa"/>
            <w:vAlign w:val="center"/>
          </w:tcPr>
          <w:p w14:paraId="0488E682" w14:textId="77777777" w:rsidR="006170F2" w:rsidRDefault="00000000">
            <w:r>
              <w:rPr>
                <w:sz w:val="17"/>
              </w:rPr>
              <w:t>TOTAL</w:t>
            </w:r>
          </w:p>
        </w:tc>
        <w:tc>
          <w:tcPr>
            <w:tcW w:w="1872" w:type="dxa"/>
            <w:vAlign w:val="center"/>
          </w:tcPr>
          <w:p w14:paraId="12FFADA5" w14:textId="77777777" w:rsidR="006170F2" w:rsidRDefault="006170F2"/>
        </w:tc>
        <w:tc>
          <w:tcPr>
            <w:tcW w:w="2088" w:type="dxa"/>
            <w:vAlign w:val="center"/>
          </w:tcPr>
          <w:p w14:paraId="75B5510E" w14:textId="77777777" w:rsidR="006170F2" w:rsidRDefault="006170F2"/>
        </w:tc>
        <w:tc>
          <w:tcPr>
            <w:tcW w:w="2088" w:type="dxa"/>
            <w:vAlign w:val="center"/>
          </w:tcPr>
          <w:p w14:paraId="47F3762E" w14:textId="77777777" w:rsidR="006170F2" w:rsidRDefault="006170F2"/>
        </w:tc>
      </w:tr>
    </w:tbl>
    <w:p w14:paraId="2440B07C" w14:textId="77777777" w:rsidR="006170F2" w:rsidRDefault="006170F2"/>
    <w:p w14:paraId="60BF4F73" w14:textId="1F430DF6" w:rsidR="006170F2" w:rsidRDefault="00000000" w:rsidP="00091405">
      <w:pPr>
        <w:spacing w:before="80" w:after="40"/>
      </w:pPr>
      <w:r>
        <w:rPr>
          <w:b/>
        </w:rPr>
        <w:t xml:space="preserve">Q14. State how much you will contribute and the source of the contribution (e.g., savings or business resources). </w:t>
      </w:r>
    </w:p>
    <w:p w14:paraId="2657D6C8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2D76EA1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DBBE443" w14:textId="77777777" w:rsidR="006170F2" w:rsidRDefault="00000000">
      <w:pPr>
        <w:spacing w:after="20"/>
      </w:pPr>
      <w: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68"/>
        <w:gridCol w:w="2880"/>
      </w:tblGrid>
      <w:tr w:rsidR="006170F2" w14:paraId="40DAFC77" w14:textId="77777777">
        <w:trPr>
          <w:jc w:val="center"/>
        </w:trPr>
        <w:tc>
          <w:tcPr>
            <w:tcW w:w="6768" w:type="dxa"/>
            <w:shd w:val="clear" w:color="auto" w:fill="D9E2F3"/>
            <w:vAlign w:val="center"/>
          </w:tcPr>
          <w:p w14:paraId="5C30CD02" w14:textId="77777777" w:rsidR="006170F2" w:rsidRDefault="00000000">
            <w:r>
              <w:rPr>
                <w:b/>
                <w:sz w:val="17"/>
              </w:rPr>
              <w:t>Particulars</w:t>
            </w:r>
          </w:p>
        </w:tc>
        <w:tc>
          <w:tcPr>
            <w:tcW w:w="2880" w:type="dxa"/>
            <w:shd w:val="clear" w:color="auto" w:fill="D9E2F3"/>
            <w:vAlign w:val="center"/>
          </w:tcPr>
          <w:p w14:paraId="5735AA81" w14:textId="77777777" w:rsidR="006170F2" w:rsidRDefault="00000000">
            <w:r>
              <w:rPr>
                <w:b/>
                <w:sz w:val="17"/>
              </w:rPr>
              <w:t>Amount (PKR)</w:t>
            </w:r>
          </w:p>
        </w:tc>
      </w:tr>
      <w:tr w:rsidR="006170F2" w14:paraId="00A9BEF4" w14:textId="77777777">
        <w:trPr>
          <w:jc w:val="center"/>
        </w:trPr>
        <w:tc>
          <w:tcPr>
            <w:tcW w:w="6768" w:type="dxa"/>
            <w:vAlign w:val="center"/>
          </w:tcPr>
          <w:p w14:paraId="2C1446C3" w14:textId="77777777" w:rsidR="006170F2" w:rsidRDefault="00000000">
            <w:r>
              <w:rPr>
                <w:sz w:val="17"/>
              </w:rPr>
              <w:t>Total proposed business investment</w:t>
            </w:r>
          </w:p>
        </w:tc>
        <w:tc>
          <w:tcPr>
            <w:tcW w:w="2880" w:type="dxa"/>
            <w:vAlign w:val="center"/>
          </w:tcPr>
          <w:p w14:paraId="20EB5F0A" w14:textId="77777777" w:rsidR="006170F2" w:rsidRDefault="006170F2"/>
        </w:tc>
      </w:tr>
      <w:tr w:rsidR="006170F2" w14:paraId="5E04AD93" w14:textId="77777777">
        <w:trPr>
          <w:jc w:val="center"/>
        </w:trPr>
        <w:tc>
          <w:tcPr>
            <w:tcW w:w="6768" w:type="dxa"/>
            <w:vAlign w:val="center"/>
          </w:tcPr>
          <w:p w14:paraId="0B0F5296" w14:textId="77777777" w:rsidR="006170F2" w:rsidRDefault="00000000">
            <w:r>
              <w:rPr>
                <w:sz w:val="17"/>
              </w:rPr>
              <w:t>AKRSP grant requested (maximum indicative amount PKR 1,000,000)</w:t>
            </w:r>
          </w:p>
        </w:tc>
        <w:tc>
          <w:tcPr>
            <w:tcW w:w="2880" w:type="dxa"/>
            <w:vAlign w:val="center"/>
          </w:tcPr>
          <w:p w14:paraId="65E003F5" w14:textId="77777777" w:rsidR="006170F2" w:rsidRDefault="006170F2"/>
        </w:tc>
      </w:tr>
      <w:tr w:rsidR="006170F2" w14:paraId="4B980576" w14:textId="77777777">
        <w:trPr>
          <w:jc w:val="center"/>
        </w:trPr>
        <w:tc>
          <w:tcPr>
            <w:tcW w:w="6768" w:type="dxa"/>
            <w:vAlign w:val="center"/>
          </w:tcPr>
          <w:p w14:paraId="7483C135" w14:textId="77777777" w:rsidR="006170F2" w:rsidRDefault="00000000">
            <w:r>
              <w:rPr>
                <w:sz w:val="17"/>
              </w:rPr>
              <w:t>Applicant’s cash contribution</w:t>
            </w:r>
          </w:p>
        </w:tc>
        <w:tc>
          <w:tcPr>
            <w:tcW w:w="2880" w:type="dxa"/>
            <w:vAlign w:val="center"/>
          </w:tcPr>
          <w:p w14:paraId="7D98022A" w14:textId="77777777" w:rsidR="006170F2" w:rsidRDefault="006170F2"/>
        </w:tc>
      </w:tr>
      <w:tr w:rsidR="006170F2" w14:paraId="0AF1F0CD" w14:textId="77777777">
        <w:trPr>
          <w:jc w:val="center"/>
        </w:trPr>
        <w:tc>
          <w:tcPr>
            <w:tcW w:w="6768" w:type="dxa"/>
            <w:vAlign w:val="center"/>
          </w:tcPr>
          <w:p w14:paraId="2216519E" w14:textId="77777777" w:rsidR="006170F2" w:rsidRDefault="00000000">
            <w:r>
              <w:rPr>
                <w:sz w:val="17"/>
              </w:rPr>
              <w:t>Other contribution, if applicable and acceptable to AKRSP</w:t>
            </w:r>
          </w:p>
        </w:tc>
        <w:tc>
          <w:tcPr>
            <w:tcW w:w="2880" w:type="dxa"/>
            <w:vAlign w:val="center"/>
          </w:tcPr>
          <w:p w14:paraId="4D45D464" w14:textId="77777777" w:rsidR="006170F2" w:rsidRDefault="006170F2"/>
        </w:tc>
      </w:tr>
      <w:tr w:rsidR="006170F2" w14:paraId="38CFB3C0" w14:textId="77777777">
        <w:trPr>
          <w:jc w:val="center"/>
        </w:trPr>
        <w:tc>
          <w:tcPr>
            <w:tcW w:w="6768" w:type="dxa"/>
            <w:vAlign w:val="center"/>
          </w:tcPr>
          <w:p w14:paraId="7EAF8E3C" w14:textId="77777777" w:rsidR="006170F2" w:rsidRDefault="00000000">
            <w:r>
              <w:rPr>
                <w:sz w:val="17"/>
              </w:rPr>
              <w:t>TOTAL applicant contribution</w:t>
            </w:r>
          </w:p>
        </w:tc>
        <w:tc>
          <w:tcPr>
            <w:tcW w:w="2880" w:type="dxa"/>
            <w:vAlign w:val="center"/>
          </w:tcPr>
          <w:p w14:paraId="2FF0829E" w14:textId="77777777" w:rsidR="006170F2" w:rsidRDefault="006170F2"/>
        </w:tc>
      </w:tr>
    </w:tbl>
    <w:p w14:paraId="132FAA1D" w14:textId="77777777" w:rsidR="006170F2" w:rsidRDefault="006170F2"/>
    <w:p w14:paraId="269DDA73" w14:textId="77777777" w:rsidR="006170F2" w:rsidRDefault="00000000">
      <w:r>
        <w:t>Q15. Provide realistic monthly estimates. Consider seasonal changes in sales and operating costs.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3168"/>
      </w:tblGrid>
      <w:tr w:rsidR="006170F2" w14:paraId="74299B51" w14:textId="77777777">
        <w:trPr>
          <w:jc w:val="center"/>
        </w:trPr>
        <w:tc>
          <w:tcPr>
            <w:tcW w:w="6480" w:type="dxa"/>
            <w:shd w:val="clear" w:color="auto" w:fill="D9E2F3"/>
            <w:vAlign w:val="center"/>
          </w:tcPr>
          <w:p w14:paraId="10D2454C" w14:textId="77777777" w:rsidR="006170F2" w:rsidRDefault="00000000">
            <w:r>
              <w:rPr>
                <w:b/>
                <w:sz w:val="17"/>
              </w:rPr>
              <w:t>Particulars</w:t>
            </w:r>
          </w:p>
        </w:tc>
        <w:tc>
          <w:tcPr>
            <w:tcW w:w="3168" w:type="dxa"/>
            <w:shd w:val="clear" w:color="auto" w:fill="D9E2F3"/>
            <w:vAlign w:val="center"/>
          </w:tcPr>
          <w:p w14:paraId="6DB92E14" w14:textId="77777777" w:rsidR="006170F2" w:rsidRDefault="00000000">
            <w:r>
              <w:rPr>
                <w:b/>
                <w:sz w:val="17"/>
              </w:rPr>
              <w:t>Estimated amount (PKR/month)</w:t>
            </w:r>
          </w:p>
        </w:tc>
      </w:tr>
      <w:tr w:rsidR="006170F2" w14:paraId="4031E3E8" w14:textId="77777777">
        <w:trPr>
          <w:jc w:val="center"/>
        </w:trPr>
        <w:tc>
          <w:tcPr>
            <w:tcW w:w="6480" w:type="dxa"/>
            <w:vAlign w:val="center"/>
          </w:tcPr>
          <w:p w14:paraId="7B385B8C" w14:textId="77777777" w:rsidR="006170F2" w:rsidRDefault="00000000">
            <w:r>
              <w:rPr>
                <w:sz w:val="17"/>
              </w:rPr>
              <w:t>Expected sales revenue</w:t>
            </w:r>
          </w:p>
        </w:tc>
        <w:tc>
          <w:tcPr>
            <w:tcW w:w="3168" w:type="dxa"/>
            <w:vAlign w:val="center"/>
          </w:tcPr>
          <w:p w14:paraId="3C1D0411" w14:textId="77777777" w:rsidR="006170F2" w:rsidRDefault="006170F2"/>
        </w:tc>
      </w:tr>
      <w:tr w:rsidR="006170F2" w14:paraId="1E1EF872" w14:textId="77777777">
        <w:trPr>
          <w:jc w:val="center"/>
        </w:trPr>
        <w:tc>
          <w:tcPr>
            <w:tcW w:w="6480" w:type="dxa"/>
            <w:vAlign w:val="center"/>
          </w:tcPr>
          <w:p w14:paraId="55010C0E" w14:textId="77777777" w:rsidR="006170F2" w:rsidRDefault="00000000">
            <w:r>
              <w:rPr>
                <w:sz w:val="17"/>
              </w:rPr>
              <w:t>Cost of products sold</w:t>
            </w:r>
          </w:p>
        </w:tc>
        <w:tc>
          <w:tcPr>
            <w:tcW w:w="3168" w:type="dxa"/>
            <w:vAlign w:val="center"/>
          </w:tcPr>
          <w:p w14:paraId="24384796" w14:textId="77777777" w:rsidR="006170F2" w:rsidRDefault="006170F2"/>
        </w:tc>
      </w:tr>
      <w:tr w:rsidR="006170F2" w14:paraId="5C9BA706" w14:textId="77777777">
        <w:trPr>
          <w:jc w:val="center"/>
        </w:trPr>
        <w:tc>
          <w:tcPr>
            <w:tcW w:w="6480" w:type="dxa"/>
            <w:vAlign w:val="center"/>
          </w:tcPr>
          <w:p w14:paraId="252DF4AC" w14:textId="77777777" w:rsidR="006170F2" w:rsidRDefault="00000000">
            <w:r>
              <w:rPr>
                <w:sz w:val="17"/>
              </w:rPr>
              <w:t>Gross profit</w:t>
            </w:r>
          </w:p>
        </w:tc>
        <w:tc>
          <w:tcPr>
            <w:tcW w:w="3168" w:type="dxa"/>
            <w:vAlign w:val="center"/>
          </w:tcPr>
          <w:p w14:paraId="6F103A5B" w14:textId="77777777" w:rsidR="006170F2" w:rsidRDefault="006170F2"/>
        </w:tc>
      </w:tr>
      <w:tr w:rsidR="006170F2" w14:paraId="50B00146" w14:textId="77777777">
        <w:trPr>
          <w:jc w:val="center"/>
        </w:trPr>
        <w:tc>
          <w:tcPr>
            <w:tcW w:w="6480" w:type="dxa"/>
            <w:vAlign w:val="center"/>
          </w:tcPr>
          <w:p w14:paraId="5A6375A8" w14:textId="77777777" w:rsidR="006170F2" w:rsidRDefault="00000000">
            <w:r>
              <w:rPr>
                <w:sz w:val="17"/>
              </w:rPr>
              <w:t>Rent and utilities</w:t>
            </w:r>
          </w:p>
        </w:tc>
        <w:tc>
          <w:tcPr>
            <w:tcW w:w="3168" w:type="dxa"/>
            <w:vAlign w:val="center"/>
          </w:tcPr>
          <w:p w14:paraId="34A59E20" w14:textId="77777777" w:rsidR="006170F2" w:rsidRDefault="006170F2"/>
        </w:tc>
      </w:tr>
      <w:tr w:rsidR="006170F2" w14:paraId="391CD159" w14:textId="77777777">
        <w:trPr>
          <w:jc w:val="center"/>
        </w:trPr>
        <w:tc>
          <w:tcPr>
            <w:tcW w:w="6480" w:type="dxa"/>
            <w:vAlign w:val="center"/>
          </w:tcPr>
          <w:p w14:paraId="0B2DB77F" w14:textId="77777777" w:rsidR="006170F2" w:rsidRDefault="00000000">
            <w:r>
              <w:rPr>
                <w:sz w:val="17"/>
              </w:rPr>
              <w:t>Salaries and other operating expenses</w:t>
            </w:r>
          </w:p>
        </w:tc>
        <w:tc>
          <w:tcPr>
            <w:tcW w:w="3168" w:type="dxa"/>
            <w:vAlign w:val="center"/>
          </w:tcPr>
          <w:p w14:paraId="73E5272D" w14:textId="77777777" w:rsidR="006170F2" w:rsidRDefault="006170F2"/>
        </w:tc>
      </w:tr>
      <w:tr w:rsidR="006170F2" w14:paraId="7C21C1DB" w14:textId="77777777">
        <w:trPr>
          <w:jc w:val="center"/>
        </w:trPr>
        <w:tc>
          <w:tcPr>
            <w:tcW w:w="6480" w:type="dxa"/>
            <w:vAlign w:val="center"/>
          </w:tcPr>
          <w:p w14:paraId="219821AB" w14:textId="77777777" w:rsidR="006170F2" w:rsidRDefault="00000000">
            <w:r>
              <w:rPr>
                <w:sz w:val="17"/>
              </w:rPr>
              <w:t>Transport and other expenses</w:t>
            </w:r>
          </w:p>
        </w:tc>
        <w:tc>
          <w:tcPr>
            <w:tcW w:w="3168" w:type="dxa"/>
            <w:vAlign w:val="center"/>
          </w:tcPr>
          <w:p w14:paraId="64506AE5" w14:textId="77777777" w:rsidR="006170F2" w:rsidRDefault="006170F2"/>
        </w:tc>
      </w:tr>
      <w:tr w:rsidR="006170F2" w14:paraId="247AF521" w14:textId="77777777">
        <w:trPr>
          <w:jc w:val="center"/>
        </w:trPr>
        <w:tc>
          <w:tcPr>
            <w:tcW w:w="6480" w:type="dxa"/>
            <w:vAlign w:val="center"/>
          </w:tcPr>
          <w:p w14:paraId="3616F9A0" w14:textId="77777777" w:rsidR="006170F2" w:rsidRDefault="00000000">
            <w:r>
              <w:rPr>
                <w:sz w:val="17"/>
              </w:rPr>
              <w:t>Estimated net operating profit</w:t>
            </w:r>
          </w:p>
        </w:tc>
        <w:tc>
          <w:tcPr>
            <w:tcW w:w="3168" w:type="dxa"/>
            <w:vAlign w:val="center"/>
          </w:tcPr>
          <w:p w14:paraId="2A734DC3" w14:textId="77777777" w:rsidR="006170F2" w:rsidRDefault="006170F2"/>
        </w:tc>
      </w:tr>
    </w:tbl>
    <w:p w14:paraId="1C1AAAD0" w14:textId="77777777" w:rsidR="006170F2" w:rsidRDefault="006170F2"/>
    <w:p w14:paraId="64ACED89" w14:textId="77777777" w:rsidR="006170F2" w:rsidRDefault="00000000">
      <w:pPr>
        <w:pStyle w:val="Heading2"/>
      </w:pPr>
      <w:r>
        <w:t>Section F. Sustainability and Community Benefits</w:t>
      </w:r>
    </w:p>
    <w:p w14:paraId="5921985B" w14:textId="77777777" w:rsidR="006170F2" w:rsidRDefault="00000000">
      <w:pPr>
        <w:spacing w:before="80" w:after="40"/>
      </w:pPr>
      <w:r>
        <w:rPr>
          <w:b/>
        </w:rPr>
        <w:t>Q17. How will you keep the business sustainable after AKRSP’s support ends?</w:t>
      </w:r>
    </w:p>
    <w:p w14:paraId="78DEB100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23933F4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78AE14C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65F1E94A" w14:textId="77777777" w:rsidR="006170F2" w:rsidRDefault="00000000">
      <w:pPr>
        <w:spacing w:before="80" w:after="40"/>
      </w:pPr>
      <w:r>
        <w:rPr>
          <w:b/>
        </w:rPr>
        <w:t>Q18. How will the store benefit farmers by improving access, availability, affordability, or quality of agricultural inputs?</w:t>
      </w:r>
    </w:p>
    <w:p w14:paraId="0C8F9D11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7C895F34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D16396A" w14:textId="77777777" w:rsidR="006170F2" w:rsidRDefault="00000000">
      <w:pPr>
        <w:spacing w:after="20"/>
      </w:pPr>
      <w: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2736"/>
      </w:tblGrid>
      <w:tr w:rsidR="006170F2" w14:paraId="526773FF" w14:textId="77777777">
        <w:trPr>
          <w:jc w:val="center"/>
        </w:trPr>
        <w:tc>
          <w:tcPr>
            <w:tcW w:w="6912" w:type="dxa"/>
            <w:shd w:val="clear" w:color="auto" w:fill="D9E2F3"/>
            <w:vAlign w:val="center"/>
          </w:tcPr>
          <w:p w14:paraId="18A5642A" w14:textId="77777777" w:rsidR="006170F2" w:rsidRDefault="00000000">
            <w:r>
              <w:rPr>
                <w:b/>
                <w:sz w:val="17"/>
              </w:rPr>
              <w:t>Expected benefit</w:t>
            </w:r>
          </w:p>
        </w:tc>
        <w:tc>
          <w:tcPr>
            <w:tcW w:w="2736" w:type="dxa"/>
            <w:shd w:val="clear" w:color="auto" w:fill="D9E2F3"/>
            <w:vAlign w:val="center"/>
          </w:tcPr>
          <w:p w14:paraId="1C004BC5" w14:textId="77777777" w:rsidR="006170F2" w:rsidRDefault="00000000">
            <w:r>
              <w:rPr>
                <w:b/>
                <w:sz w:val="17"/>
              </w:rPr>
              <w:t>Estimated number</w:t>
            </w:r>
          </w:p>
        </w:tc>
      </w:tr>
      <w:tr w:rsidR="006170F2" w14:paraId="0AF340DF" w14:textId="77777777">
        <w:trPr>
          <w:jc w:val="center"/>
        </w:trPr>
        <w:tc>
          <w:tcPr>
            <w:tcW w:w="6912" w:type="dxa"/>
            <w:vAlign w:val="center"/>
          </w:tcPr>
          <w:p w14:paraId="65D9D6A6" w14:textId="77777777" w:rsidR="006170F2" w:rsidRDefault="00000000">
            <w:r>
              <w:rPr>
                <w:sz w:val="17"/>
              </w:rPr>
              <w:t>Farmers/customers served annually</w:t>
            </w:r>
          </w:p>
        </w:tc>
        <w:tc>
          <w:tcPr>
            <w:tcW w:w="2736" w:type="dxa"/>
            <w:vAlign w:val="center"/>
          </w:tcPr>
          <w:p w14:paraId="710C9669" w14:textId="77777777" w:rsidR="006170F2" w:rsidRDefault="006170F2"/>
        </w:tc>
      </w:tr>
      <w:tr w:rsidR="006170F2" w14:paraId="5159FCC2" w14:textId="77777777">
        <w:trPr>
          <w:jc w:val="center"/>
        </w:trPr>
        <w:tc>
          <w:tcPr>
            <w:tcW w:w="6912" w:type="dxa"/>
            <w:vAlign w:val="center"/>
          </w:tcPr>
          <w:p w14:paraId="310C4EE7" w14:textId="77777777" w:rsidR="006170F2" w:rsidRDefault="00000000">
            <w:r>
              <w:rPr>
                <w:sz w:val="17"/>
              </w:rPr>
              <w:t>Direct employment opportunities</w:t>
            </w:r>
          </w:p>
        </w:tc>
        <w:tc>
          <w:tcPr>
            <w:tcW w:w="2736" w:type="dxa"/>
            <w:vAlign w:val="center"/>
          </w:tcPr>
          <w:p w14:paraId="403BCDFB" w14:textId="77777777" w:rsidR="006170F2" w:rsidRDefault="006170F2"/>
        </w:tc>
      </w:tr>
      <w:tr w:rsidR="006170F2" w14:paraId="7E12DE2F" w14:textId="77777777">
        <w:trPr>
          <w:jc w:val="center"/>
        </w:trPr>
        <w:tc>
          <w:tcPr>
            <w:tcW w:w="6912" w:type="dxa"/>
            <w:vAlign w:val="center"/>
          </w:tcPr>
          <w:p w14:paraId="044291DF" w14:textId="77777777" w:rsidR="006170F2" w:rsidRDefault="00000000">
            <w:r>
              <w:rPr>
                <w:sz w:val="17"/>
              </w:rPr>
              <w:t>Women farmers expected to benefit</w:t>
            </w:r>
          </w:p>
        </w:tc>
        <w:tc>
          <w:tcPr>
            <w:tcW w:w="2736" w:type="dxa"/>
            <w:vAlign w:val="center"/>
          </w:tcPr>
          <w:p w14:paraId="08E2C100" w14:textId="77777777" w:rsidR="006170F2" w:rsidRDefault="006170F2"/>
        </w:tc>
      </w:tr>
      <w:tr w:rsidR="006170F2" w14:paraId="6788D2F5" w14:textId="77777777">
        <w:trPr>
          <w:jc w:val="center"/>
        </w:trPr>
        <w:tc>
          <w:tcPr>
            <w:tcW w:w="6912" w:type="dxa"/>
            <w:vAlign w:val="center"/>
          </w:tcPr>
          <w:p w14:paraId="34E2B254" w14:textId="77777777" w:rsidR="006170F2" w:rsidRDefault="00000000">
            <w:r>
              <w:rPr>
                <w:sz w:val="17"/>
              </w:rPr>
              <w:t>Other beneficiaries (specify)</w:t>
            </w:r>
          </w:p>
        </w:tc>
        <w:tc>
          <w:tcPr>
            <w:tcW w:w="2736" w:type="dxa"/>
            <w:vAlign w:val="center"/>
          </w:tcPr>
          <w:p w14:paraId="77E000BA" w14:textId="77777777" w:rsidR="006170F2" w:rsidRDefault="006170F2"/>
        </w:tc>
      </w:tr>
    </w:tbl>
    <w:p w14:paraId="0711F6B8" w14:textId="77777777" w:rsidR="006170F2" w:rsidRDefault="006170F2"/>
    <w:p w14:paraId="5732B208" w14:textId="77777777" w:rsidR="006170F2" w:rsidRDefault="00000000">
      <w:pPr>
        <w:spacing w:before="80" w:after="40"/>
      </w:pPr>
      <w:r>
        <w:rPr>
          <w:b/>
        </w:rPr>
        <w:t>Q19. What are the main risks to the business (e.g., seasonal demand, road closures, transport costs, expiry, competition, working capital), and how will you address them?</w:t>
      </w:r>
    </w:p>
    <w:p w14:paraId="4EE4B7CB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76BCD40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3DADD64F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5103682B" w14:textId="77777777" w:rsidR="006170F2" w:rsidRDefault="00000000">
      <w:pPr>
        <w:pStyle w:val="Heading2"/>
      </w:pPr>
      <w:r>
        <w:t>Section G. Implementation Plan</w:t>
      </w:r>
    </w:p>
    <w:p w14:paraId="0AC020CD" w14:textId="77777777" w:rsidR="006170F2" w:rsidRDefault="00000000">
      <w:r>
        <w:t>Q20. How soon can you establish and operationalize the store after approval? Complete the table below.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8"/>
        <w:gridCol w:w="6480"/>
        <w:gridCol w:w="2520"/>
      </w:tblGrid>
      <w:tr w:rsidR="006170F2" w14:paraId="048E6BB8" w14:textId="77777777">
        <w:trPr>
          <w:jc w:val="center"/>
        </w:trPr>
        <w:tc>
          <w:tcPr>
            <w:tcW w:w="648" w:type="dxa"/>
            <w:shd w:val="clear" w:color="auto" w:fill="D9E2F3"/>
            <w:vAlign w:val="center"/>
          </w:tcPr>
          <w:p w14:paraId="07B71086" w14:textId="77777777" w:rsidR="006170F2" w:rsidRDefault="00000000">
            <w:r>
              <w:rPr>
                <w:b/>
                <w:sz w:val="17"/>
              </w:rPr>
              <w:t>No.</w:t>
            </w:r>
          </w:p>
        </w:tc>
        <w:tc>
          <w:tcPr>
            <w:tcW w:w="6480" w:type="dxa"/>
            <w:shd w:val="clear" w:color="auto" w:fill="D9E2F3"/>
            <w:vAlign w:val="center"/>
          </w:tcPr>
          <w:p w14:paraId="15019310" w14:textId="77777777" w:rsidR="006170F2" w:rsidRDefault="00000000">
            <w:r>
              <w:rPr>
                <w:b/>
                <w:sz w:val="17"/>
              </w:rPr>
              <w:t>Activity</w:t>
            </w:r>
          </w:p>
        </w:tc>
        <w:tc>
          <w:tcPr>
            <w:tcW w:w="2520" w:type="dxa"/>
            <w:shd w:val="clear" w:color="auto" w:fill="D9E2F3"/>
            <w:vAlign w:val="center"/>
          </w:tcPr>
          <w:p w14:paraId="787390FE" w14:textId="77777777" w:rsidR="006170F2" w:rsidRDefault="00000000">
            <w:r>
              <w:rPr>
                <w:b/>
                <w:sz w:val="17"/>
              </w:rPr>
              <w:t>Expected completion time</w:t>
            </w:r>
          </w:p>
        </w:tc>
      </w:tr>
      <w:tr w:rsidR="006170F2" w14:paraId="432CA9DA" w14:textId="77777777">
        <w:trPr>
          <w:jc w:val="center"/>
        </w:trPr>
        <w:tc>
          <w:tcPr>
            <w:tcW w:w="648" w:type="dxa"/>
            <w:vAlign w:val="center"/>
          </w:tcPr>
          <w:p w14:paraId="66C726AB" w14:textId="77777777" w:rsidR="006170F2" w:rsidRDefault="00000000">
            <w:r>
              <w:rPr>
                <w:sz w:val="17"/>
              </w:rPr>
              <w:t>1</w:t>
            </w:r>
          </w:p>
        </w:tc>
        <w:tc>
          <w:tcPr>
            <w:tcW w:w="6480" w:type="dxa"/>
            <w:vAlign w:val="center"/>
          </w:tcPr>
          <w:p w14:paraId="01234A23" w14:textId="77777777" w:rsidR="006170F2" w:rsidRDefault="00000000">
            <w:r>
              <w:rPr>
                <w:sz w:val="17"/>
              </w:rPr>
              <w:t>Finalization of business premises</w:t>
            </w:r>
          </w:p>
        </w:tc>
        <w:tc>
          <w:tcPr>
            <w:tcW w:w="2520" w:type="dxa"/>
            <w:vAlign w:val="center"/>
          </w:tcPr>
          <w:p w14:paraId="41DFD64A" w14:textId="77777777" w:rsidR="006170F2" w:rsidRDefault="006170F2"/>
        </w:tc>
      </w:tr>
      <w:tr w:rsidR="006170F2" w14:paraId="4780A2C5" w14:textId="77777777">
        <w:trPr>
          <w:jc w:val="center"/>
        </w:trPr>
        <w:tc>
          <w:tcPr>
            <w:tcW w:w="648" w:type="dxa"/>
            <w:vAlign w:val="center"/>
          </w:tcPr>
          <w:p w14:paraId="237CF4C0" w14:textId="77777777" w:rsidR="006170F2" w:rsidRDefault="00000000">
            <w:r>
              <w:rPr>
                <w:sz w:val="17"/>
              </w:rPr>
              <w:t>2</w:t>
            </w:r>
          </w:p>
        </w:tc>
        <w:tc>
          <w:tcPr>
            <w:tcW w:w="6480" w:type="dxa"/>
            <w:vAlign w:val="center"/>
          </w:tcPr>
          <w:p w14:paraId="0BC63A74" w14:textId="77777777" w:rsidR="006170F2" w:rsidRDefault="00000000">
            <w:r>
              <w:rPr>
                <w:sz w:val="17"/>
              </w:rPr>
              <w:t>Registration/licensing, where applicable</w:t>
            </w:r>
          </w:p>
        </w:tc>
        <w:tc>
          <w:tcPr>
            <w:tcW w:w="2520" w:type="dxa"/>
            <w:vAlign w:val="center"/>
          </w:tcPr>
          <w:p w14:paraId="4EBD194E" w14:textId="77777777" w:rsidR="006170F2" w:rsidRDefault="006170F2"/>
        </w:tc>
      </w:tr>
      <w:tr w:rsidR="006170F2" w14:paraId="32A9BF26" w14:textId="77777777">
        <w:trPr>
          <w:jc w:val="center"/>
        </w:trPr>
        <w:tc>
          <w:tcPr>
            <w:tcW w:w="648" w:type="dxa"/>
            <w:vAlign w:val="center"/>
          </w:tcPr>
          <w:p w14:paraId="2CF14CD0" w14:textId="77777777" w:rsidR="006170F2" w:rsidRDefault="00000000">
            <w:r>
              <w:rPr>
                <w:sz w:val="17"/>
              </w:rPr>
              <w:t>3</w:t>
            </w:r>
          </w:p>
        </w:tc>
        <w:tc>
          <w:tcPr>
            <w:tcW w:w="6480" w:type="dxa"/>
            <w:vAlign w:val="center"/>
          </w:tcPr>
          <w:p w14:paraId="401C9AF5" w14:textId="77777777" w:rsidR="006170F2" w:rsidRDefault="00000000">
            <w:r>
              <w:rPr>
                <w:sz w:val="17"/>
              </w:rPr>
              <w:t>Store setup and purchase of equipment</w:t>
            </w:r>
          </w:p>
        </w:tc>
        <w:tc>
          <w:tcPr>
            <w:tcW w:w="2520" w:type="dxa"/>
            <w:vAlign w:val="center"/>
          </w:tcPr>
          <w:p w14:paraId="24718937" w14:textId="77777777" w:rsidR="006170F2" w:rsidRDefault="006170F2"/>
        </w:tc>
      </w:tr>
      <w:tr w:rsidR="006170F2" w14:paraId="474CEE05" w14:textId="77777777">
        <w:trPr>
          <w:jc w:val="center"/>
        </w:trPr>
        <w:tc>
          <w:tcPr>
            <w:tcW w:w="648" w:type="dxa"/>
            <w:vAlign w:val="center"/>
          </w:tcPr>
          <w:p w14:paraId="3516E92D" w14:textId="77777777" w:rsidR="006170F2" w:rsidRDefault="00000000">
            <w:r>
              <w:rPr>
                <w:sz w:val="17"/>
              </w:rPr>
              <w:t>4</w:t>
            </w:r>
          </w:p>
        </w:tc>
        <w:tc>
          <w:tcPr>
            <w:tcW w:w="6480" w:type="dxa"/>
            <w:vAlign w:val="center"/>
          </w:tcPr>
          <w:p w14:paraId="4AFC2B0E" w14:textId="77777777" w:rsidR="006170F2" w:rsidRDefault="00000000">
            <w:r>
              <w:rPr>
                <w:sz w:val="17"/>
              </w:rPr>
              <w:t>Establishment of supplier linkages</w:t>
            </w:r>
          </w:p>
        </w:tc>
        <w:tc>
          <w:tcPr>
            <w:tcW w:w="2520" w:type="dxa"/>
            <w:vAlign w:val="center"/>
          </w:tcPr>
          <w:p w14:paraId="470C8B68" w14:textId="77777777" w:rsidR="006170F2" w:rsidRDefault="006170F2"/>
        </w:tc>
      </w:tr>
      <w:tr w:rsidR="006170F2" w14:paraId="20813C6D" w14:textId="77777777">
        <w:trPr>
          <w:jc w:val="center"/>
        </w:trPr>
        <w:tc>
          <w:tcPr>
            <w:tcW w:w="648" w:type="dxa"/>
            <w:vAlign w:val="center"/>
          </w:tcPr>
          <w:p w14:paraId="6D541C77" w14:textId="77777777" w:rsidR="006170F2" w:rsidRDefault="00000000">
            <w:r>
              <w:rPr>
                <w:sz w:val="17"/>
              </w:rPr>
              <w:t>5</w:t>
            </w:r>
          </w:p>
        </w:tc>
        <w:tc>
          <w:tcPr>
            <w:tcW w:w="6480" w:type="dxa"/>
            <w:vAlign w:val="center"/>
          </w:tcPr>
          <w:p w14:paraId="4ED4FB96" w14:textId="77777777" w:rsidR="006170F2" w:rsidRDefault="00000000">
            <w:r>
              <w:rPr>
                <w:sz w:val="17"/>
              </w:rPr>
              <w:t>Purchase of initial stock</w:t>
            </w:r>
          </w:p>
        </w:tc>
        <w:tc>
          <w:tcPr>
            <w:tcW w:w="2520" w:type="dxa"/>
            <w:vAlign w:val="center"/>
          </w:tcPr>
          <w:p w14:paraId="5BC49B28" w14:textId="77777777" w:rsidR="006170F2" w:rsidRDefault="006170F2"/>
        </w:tc>
      </w:tr>
      <w:tr w:rsidR="006170F2" w14:paraId="6A891304" w14:textId="77777777">
        <w:trPr>
          <w:jc w:val="center"/>
        </w:trPr>
        <w:tc>
          <w:tcPr>
            <w:tcW w:w="648" w:type="dxa"/>
            <w:vAlign w:val="center"/>
          </w:tcPr>
          <w:p w14:paraId="18F7F4D8" w14:textId="77777777" w:rsidR="006170F2" w:rsidRDefault="00000000">
            <w:r>
              <w:rPr>
                <w:sz w:val="17"/>
              </w:rPr>
              <w:t>6</w:t>
            </w:r>
          </w:p>
        </w:tc>
        <w:tc>
          <w:tcPr>
            <w:tcW w:w="6480" w:type="dxa"/>
            <w:vAlign w:val="center"/>
          </w:tcPr>
          <w:p w14:paraId="7B78D4BD" w14:textId="77777777" w:rsidR="006170F2" w:rsidRDefault="00000000">
            <w:r>
              <w:rPr>
                <w:sz w:val="17"/>
              </w:rPr>
              <w:t>Commencement of business operations</w:t>
            </w:r>
          </w:p>
        </w:tc>
        <w:tc>
          <w:tcPr>
            <w:tcW w:w="2520" w:type="dxa"/>
            <w:vAlign w:val="center"/>
          </w:tcPr>
          <w:p w14:paraId="6586416E" w14:textId="77777777" w:rsidR="006170F2" w:rsidRDefault="006170F2"/>
        </w:tc>
      </w:tr>
    </w:tbl>
    <w:p w14:paraId="27AB7C89" w14:textId="77777777" w:rsidR="006170F2" w:rsidRDefault="006170F2"/>
    <w:p w14:paraId="78D565D0" w14:textId="77777777" w:rsidR="006170F2" w:rsidRDefault="00000000">
      <w:pPr>
        <w:spacing w:before="80" w:after="40"/>
      </w:pPr>
      <w:r>
        <w:rPr>
          <w:b/>
        </w:rPr>
        <w:t>Q21. What additional support, if any, would help you operate the business successfully?</w:t>
      </w:r>
    </w:p>
    <w:p w14:paraId="2DAFD8CC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4E1CC3E1" w14:textId="77777777" w:rsidR="006170F2" w:rsidRDefault="00000000">
      <w:pPr>
        <w:spacing w:after="20"/>
      </w:pPr>
      <w:r>
        <w:t>________________________________________________________________________________</w:t>
      </w:r>
    </w:p>
    <w:p w14:paraId="1881A17C" w14:textId="77777777" w:rsidR="00091405" w:rsidRDefault="00091405">
      <w:pPr>
        <w:pStyle w:val="Heading1"/>
      </w:pPr>
    </w:p>
    <w:p w14:paraId="40936A4D" w14:textId="6A7B553B" w:rsidR="006170F2" w:rsidRDefault="00000000">
      <w:pPr>
        <w:pStyle w:val="Heading1"/>
      </w:pPr>
      <w:r>
        <w:t>ANNEXURE II: APPLICANT’S DECLARATION</w:t>
      </w:r>
    </w:p>
    <w:p w14:paraId="7261E476" w14:textId="77777777" w:rsidR="006170F2" w:rsidRDefault="00000000">
      <w:r>
        <w:t>I declare that the information provided in this application and business proposal is true and accurate to the best of my knowledge. I understand that submission does not guarantee a grant; the final grant amount and eligible expenses are subject to AKRSP approval; I will provide the agreed co-financing; I will use grant funds only for the approved purpose; I will maintain proper financial and stock records; I will cooperate with monitoring and verification; and I will comply with applicable laws and licensing requirements.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00"/>
        <w:gridCol w:w="6048"/>
      </w:tblGrid>
      <w:tr w:rsidR="006170F2" w14:paraId="7CB39502" w14:textId="77777777">
        <w:trPr>
          <w:jc w:val="center"/>
        </w:trPr>
        <w:tc>
          <w:tcPr>
            <w:tcW w:w="3600" w:type="dxa"/>
            <w:shd w:val="clear" w:color="auto" w:fill="D9E2F3"/>
            <w:vAlign w:val="center"/>
          </w:tcPr>
          <w:p w14:paraId="30867090" w14:textId="77777777" w:rsidR="006170F2" w:rsidRDefault="00000000">
            <w:r>
              <w:rPr>
                <w:b/>
                <w:sz w:val="17"/>
              </w:rPr>
              <w:t>Applicant details</w:t>
            </w:r>
          </w:p>
        </w:tc>
        <w:tc>
          <w:tcPr>
            <w:tcW w:w="6048" w:type="dxa"/>
            <w:shd w:val="clear" w:color="auto" w:fill="D9E2F3"/>
            <w:vAlign w:val="center"/>
          </w:tcPr>
          <w:p w14:paraId="30991B28" w14:textId="77777777" w:rsidR="006170F2" w:rsidRDefault="00000000">
            <w:r>
              <w:rPr>
                <w:b/>
                <w:sz w:val="17"/>
              </w:rPr>
              <w:t>Response</w:t>
            </w:r>
          </w:p>
        </w:tc>
      </w:tr>
      <w:tr w:rsidR="006170F2" w14:paraId="5FB8D6A6" w14:textId="77777777">
        <w:trPr>
          <w:jc w:val="center"/>
        </w:trPr>
        <w:tc>
          <w:tcPr>
            <w:tcW w:w="3600" w:type="dxa"/>
            <w:vAlign w:val="center"/>
          </w:tcPr>
          <w:p w14:paraId="106878DF" w14:textId="77777777" w:rsidR="006170F2" w:rsidRDefault="00000000">
            <w:r>
              <w:rPr>
                <w:sz w:val="17"/>
              </w:rPr>
              <w:t>Applicant’s name</w:t>
            </w:r>
          </w:p>
        </w:tc>
        <w:tc>
          <w:tcPr>
            <w:tcW w:w="6048" w:type="dxa"/>
            <w:vAlign w:val="center"/>
          </w:tcPr>
          <w:p w14:paraId="12F1C254" w14:textId="77777777" w:rsidR="006170F2" w:rsidRDefault="006170F2"/>
        </w:tc>
      </w:tr>
      <w:tr w:rsidR="006170F2" w14:paraId="357B820D" w14:textId="77777777">
        <w:trPr>
          <w:jc w:val="center"/>
        </w:trPr>
        <w:tc>
          <w:tcPr>
            <w:tcW w:w="3600" w:type="dxa"/>
            <w:vAlign w:val="center"/>
          </w:tcPr>
          <w:p w14:paraId="510F78BE" w14:textId="77777777" w:rsidR="006170F2" w:rsidRDefault="00000000">
            <w:r>
              <w:rPr>
                <w:sz w:val="17"/>
              </w:rPr>
              <w:t>CNIC number</w:t>
            </w:r>
          </w:p>
        </w:tc>
        <w:tc>
          <w:tcPr>
            <w:tcW w:w="6048" w:type="dxa"/>
            <w:vAlign w:val="center"/>
          </w:tcPr>
          <w:p w14:paraId="5997F414" w14:textId="77777777" w:rsidR="006170F2" w:rsidRDefault="006170F2"/>
        </w:tc>
      </w:tr>
      <w:tr w:rsidR="006170F2" w14:paraId="16417283" w14:textId="77777777">
        <w:trPr>
          <w:jc w:val="center"/>
        </w:trPr>
        <w:tc>
          <w:tcPr>
            <w:tcW w:w="3600" w:type="dxa"/>
            <w:vAlign w:val="center"/>
          </w:tcPr>
          <w:p w14:paraId="5E38FDF2" w14:textId="77777777" w:rsidR="006170F2" w:rsidRDefault="00000000">
            <w:r>
              <w:rPr>
                <w:sz w:val="17"/>
              </w:rPr>
              <w:t>Signature/thumb impression</w:t>
            </w:r>
          </w:p>
        </w:tc>
        <w:tc>
          <w:tcPr>
            <w:tcW w:w="6048" w:type="dxa"/>
            <w:vAlign w:val="center"/>
          </w:tcPr>
          <w:p w14:paraId="4B7302DB" w14:textId="77777777" w:rsidR="006170F2" w:rsidRDefault="006170F2"/>
        </w:tc>
      </w:tr>
      <w:tr w:rsidR="006170F2" w14:paraId="78E8BA13" w14:textId="77777777">
        <w:trPr>
          <w:jc w:val="center"/>
        </w:trPr>
        <w:tc>
          <w:tcPr>
            <w:tcW w:w="3600" w:type="dxa"/>
            <w:vAlign w:val="center"/>
          </w:tcPr>
          <w:p w14:paraId="67D2D518" w14:textId="77777777" w:rsidR="006170F2" w:rsidRDefault="00000000">
            <w:r>
              <w:rPr>
                <w:sz w:val="17"/>
              </w:rPr>
              <w:t>Date</w:t>
            </w:r>
          </w:p>
        </w:tc>
        <w:tc>
          <w:tcPr>
            <w:tcW w:w="6048" w:type="dxa"/>
            <w:vAlign w:val="center"/>
          </w:tcPr>
          <w:p w14:paraId="1E45DAD4" w14:textId="77777777" w:rsidR="006170F2" w:rsidRDefault="006170F2"/>
        </w:tc>
      </w:tr>
      <w:tr w:rsidR="006170F2" w14:paraId="13CBE9FB" w14:textId="77777777">
        <w:trPr>
          <w:jc w:val="center"/>
        </w:trPr>
        <w:tc>
          <w:tcPr>
            <w:tcW w:w="3600" w:type="dxa"/>
            <w:vAlign w:val="center"/>
          </w:tcPr>
          <w:p w14:paraId="13375A8C" w14:textId="77777777" w:rsidR="006170F2" w:rsidRDefault="00000000">
            <w:r>
              <w:rPr>
                <w:sz w:val="17"/>
              </w:rPr>
              <w:t>Contact number</w:t>
            </w:r>
          </w:p>
        </w:tc>
        <w:tc>
          <w:tcPr>
            <w:tcW w:w="6048" w:type="dxa"/>
            <w:vAlign w:val="center"/>
          </w:tcPr>
          <w:p w14:paraId="4D997936" w14:textId="77777777" w:rsidR="006170F2" w:rsidRDefault="006170F2"/>
        </w:tc>
      </w:tr>
    </w:tbl>
    <w:p w14:paraId="63495099" w14:textId="6BD135AC" w:rsidR="006170F2" w:rsidRDefault="006170F2" w:rsidP="00D61BB1"/>
    <w:sectPr w:rsidR="006170F2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1CAD" w14:textId="77777777" w:rsidR="00D439D3" w:rsidRDefault="00D439D3">
      <w:pPr>
        <w:spacing w:after="0" w:line="240" w:lineRule="auto"/>
      </w:pPr>
      <w:r>
        <w:separator/>
      </w:r>
    </w:p>
  </w:endnote>
  <w:endnote w:type="continuationSeparator" w:id="0">
    <w:p w14:paraId="3AB05EF9" w14:textId="77777777" w:rsidR="00D439D3" w:rsidRDefault="00D4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A281A" w14:textId="77777777" w:rsidR="006170F2" w:rsidRDefault="00000000">
    <w:pPr>
      <w:pStyle w:val="Footer"/>
      <w:jc w:val="center"/>
    </w:pPr>
    <w:r>
      <w:rPr>
        <w:sz w:val="16"/>
      </w:rPr>
      <w:t>AKRSP | CRASVC Project | Agricultural Input Supply Store RFP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790CE" w14:textId="77777777" w:rsidR="00D439D3" w:rsidRDefault="00D439D3">
      <w:pPr>
        <w:spacing w:after="0" w:line="240" w:lineRule="auto"/>
      </w:pPr>
      <w:r>
        <w:separator/>
      </w:r>
    </w:p>
  </w:footnote>
  <w:footnote w:type="continuationSeparator" w:id="0">
    <w:p w14:paraId="00BCB0D0" w14:textId="77777777" w:rsidR="00D439D3" w:rsidRDefault="00D43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8717241">
    <w:abstractNumId w:val="8"/>
  </w:num>
  <w:num w:numId="2" w16cid:durableId="1717730334">
    <w:abstractNumId w:val="6"/>
  </w:num>
  <w:num w:numId="3" w16cid:durableId="62410033">
    <w:abstractNumId w:val="5"/>
  </w:num>
  <w:num w:numId="4" w16cid:durableId="237445782">
    <w:abstractNumId w:val="4"/>
  </w:num>
  <w:num w:numId="5" w16cid:durableId="1647660833">
    <w:abstractNumId w:val="7"/>
  </w:num>
  <w:num w:numId="6" w16cid:durableId="879242719">
    <w:abstractNumId w:val="3"/>
  </w:num>
  <w:num w:numId="7" w16cid:durableId="1580670273">
    <w:abstractNumId w:val="2"/>
  </w:num>
  <w:num w:numId="8" w16cid:durableId="228660802">
    <w:abstractNumId w:val="1"/>
  </w:num>
  <w:num w:numId="9" w16cid:durableId="140872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405"/>
    <w:rsid w:val="0015074B"/>
    <w:rsid w:val="0029639D"/>
    <w:rsid w:val="00326F90"/>
    <w:rsid w:val="004334AC"/>
    <w:rsid w:val="004C4733"/>
    <w:rsid w:val="005002F3"/>
    <w:rsid w:val="006170F2"/>
    <w:rsid w:val="00766F24"/>
    <w:rsid w:val="00AA1D8D"/>
    <w:rsid w:val="00B47730"/>
    <w:rsid w:val="00CB0664"/>
    <w:rsid w:val="00D439D3"/>
    <w:rsid w:val="00D61B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A49B71"/>
  <w14:defaultImageDpi w14:val="300"/>
  <w15:docId w15:val="{C907F564-8ACE-413E-B08D-751D6480F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Hameed Azam</cp:lastModifiedBy>
  <cp:revision>2</cp:revision>
  <dcterms:created xsi:type="dcterms:W3CDTF">2026-10-26T06:48:00Z</dcterms:created>
  <dcterms:modified xsi:type="dcterms:W3CDTF">2026-10-26T06:48:00Z</dcterms:modified>
  <cp:category/>
</cp:coreProperties>
</file>